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b/>
          <w:i w:val="0"/>
          <w:color w:val="6A1B9A"/>
          <w:sz w:val="44"/>
        </w:rPr>
        <w:t>Customer Satisfaction Survey</w:t>
      </w:r>
    </w:p>
    <w:p>
      <w:pPr>
        <w:spacing w:after="160"/>
      </w:pPr>
      <w:r>
        <w:rPr>
          <w:b w:val="0"/>
          <w:i/>
          <w:color w:val="616161"/>
          <w:sz w:val="19"/>
        </w:rPr>
        <w:t>Thank you for taking a few minutes to share your feedback. Your answers are anonymous and help us improve.</w:t>
      </w:r>
    </w:p>
    <w:p>
      <w:pPr>
        <w:spacing w:after="40"/>
      </w:pPr>
      <w:r>
        <w:rPr>
          <w:b/>
          <w:i w:val="0"/>
          <w:color w:val="4A148C"/>
          <w:sz w:val="21"/>
        </w:rPr>
        <w:t>1. How did you first hear about us?</w:t>
      </w:r>
    </w:p>
    <w:p>
      <w:pPr>
        <w:spacing w:after="120"/>
      </w:pPr>
      <w:r>
        <w:rPr>
          <w:b w:val="0"/>
          <w:i w:val="0"/>
          <w:sz w:val="20"/>
        </w:rPr>
        <w:t>☐ Friend or family     ☐ Social media     ☐ Search engine     ☐ Advertisement     ☐ Other: __________</w:t>
      </w:r>
    </w:p>
    <w:p>
      <w:pPr>
        <w:spacing w:after="40"/>
      </w:pPr>
      <w:r>
        <w:rPr>
          <w:b/>
          <w:i w:val="0"/>
          <w:color w:val="4A148C"/>
          <w:sz w:val="21"/>
        </w:rPr>
        <w:t>2. Please rate the following (1 = very poor, 5 = excellent)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704"/>
        <w:gridCol w:w="1704"/>
        <w:gridCol w:w="1704"/>
        <w:gridCol w:w="1704"/>
        <w:gridCol w:w="1704"/>
        <w:gridCol w:w="1704"/>
      </w:tblGrid>
      <w:tr>
        <w:tc>
          <w:tcPr>
            <w:tcW w:type="dxa" w:w="4320"/>
            <w:shd w:val="clear" w:fill="6A1B9A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FFFFFF"/>
                <w:sz w:val="20"/>
              </w:rPr>
            </w:r>
          </w:p>
        </w:tc>
        <w:tc>
          <w:tcPr>
            <w:tcW w:type="dxa" w:w="1080"/>
            <w:shd w:val="clear" w:fill="6A1B9A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FFFFFF"/>
                <w:sz w:val="20"/>
              </w:rPr>
              <w:t>1</w:t>
            </w:r>
          </w:p>
        </w:tc>
        <w:tc>
          <w:tcPr>
            <w:tcW w:type="dxa" w:w="1080"/>
            <w:shd w:val="clear" w:fill="6A1B9A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FFFFFF"/>
                <w:sz w:val="20"/>
              </w:rPr>
              <w:t>2</w:t>
            </w:r>
          </w:p>
        </w:tc>
        <w:tc>
          <w:tcPr>
            <w:tcW w:type="dxa" w:w="1080"/>
            <w:shd w:val="clear" w:fill="6A1B9A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FFFFFF"/>
                <w:sz w:val="20"/>
              </w:rPr>
              <w:t>3</w:t>
            </w:r>
          </w:p>
        </w:tc>
        <w:tc>
          <w:tcPr>
            <w:tcW w:type="dxa" w:w="1080"/>
            <w:shd w:val="clear" w:fill="6A1B9A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FFFFFF"/>
                <w:sz w:val="20"/>
              </w:rPr>
              <w:t>4</w:t>
            </w:r>
          </w:p>
        </w:tc>
        <w:tc>
          <w:tcPr>
            <w:tcW w:type="dxa" w:w="1080"/>
            <w:shd w:val="clear" w:fill="6A1B9A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FFFFFF"/>
                <w:sz w:val="20"/>
              </w:rPr>
              <w:t>5</w:t>
            </w:r>
          </w:p>
        </w:tc>
      </w:tr>
      <w:tr>
        <w:tc>
          <w:tcPr>
            <w:tcW w:type="dxa" w:w="4320"/>
          </w:tcPr>
          <w:p>
            <w:pPr>
              <w:spacing w:after="40"/>
            </w:pPr>
            <w:r/>
            <w:r>
              <w:rPr>
                <w:b w:val="0"/>
                <w:i w:val="0"/>
                <w:sz w:val="20"/>
              </w:rPr>
              <w:t>Quality of product / service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</w:tr>
      <w:tr>
        <w:tc>
          <w:tcPr>
            <w:tcW w:type="dxa" w:w="4320"/>
          </w:tcPr>
          <w:p>
            <w:pPr>
              <w:spacing w:after="40"/>
            </w:pPr>
            <w:r/>
            <w:r>
              <w:rPr>
                <w:b w:val="0"/>
                <w:i w:val="0"/>
                <w:sz w:val="20"/>
              </w:rPr>
              <w:t>Value for money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</w:tr>
      <w:tr>
        <w:tc>
          <w:tcPr>
            <w:tcW w:type="dxa" w:w="4320"/>
          </w:tcPr>
          <w:p>
            <w:pPr>
              <w:spacing w:after="40"/>
            </w:pPr>
            <w:r/>
            <w:r>
              <w:rPr>
                <w:b w:val="0"/>
                <w:i w:val="0"/>
                <w:sz w:val="20"/>
              </w:rPr>
              <w:t>Speed of service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</w:tr>
      <w:tr>
        <w:tc>
          <w:tcPr>
            <w:tcW w:type="dxa" w:w="4320"/>
          </w:tcPr>
          <w:p>
            <w:pPr>
              <w:spacing w:after="40"/>
            </w:pPr>
            <w:r/>
            <w:r>
              <w:rPr>
                <w:b w:val="0"/>
                <w:i w:val="0"/>
                <w:sz w:val="20"/>
              </w:rPr>
              <w:t>Staff friendliness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</w:tr>
      <w:tr>
        <w:tc>
          <w:tcPr>
            <w:tcW w:type="dxa" w:w="4320"/>
          </w:tcPr>
          <w:p>
            <w:pPr>
              <w:spacing w:after="40"/>
            </w:pPr>
            <w:r/>
            <w:r>
              <w:rPr>
                <w:b w:val="0"/>
                <w:i w:val="0"/>
                <w:sz w:val="20"/>
              </w:rPr>
              <w:t>Ease of ordering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</w:tr>
      <w:tr>
        <w:tc>
          <w:tcPr>
            <w:tcW w:type="dxa" w:w="4320"/>
          </w:tcPr>
          <w:p>
            <w:pPr>
              <w:spacing w:after="40"/>
            </w:pPr>
            <w:r/>
            <w:r>
              <w:rPr>
                <w:b w:val="0"/>
                <w:i w:val="0"/>
                <w:sz w:val="20"/>
              </w:rPr>
              <w:t>Overall experience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  <w:tc>
          <w:tcPr>
            <w:tcW w:type="dxa" w:w="1080"/>
          </w:tcPr>
          <w:p>
            <w:pPr>
              <w:spacing w:after="40"/>
              <w:jc w:val="center"/>
            </w:pPr>
            <w:r/>
            <w:r>
              <w:rPr>
                <w:b w:val="0"/>
                <w:i w:val="0"/>
                <w:sz w:val="22"/>
              </w:rPr>
              <w:t>○</w:t>
            </w:r>
          </w:p>
        </w:tc>
      </w:tr>
    </w:tbl>
    <w:p>
      <w:r>
        <w:rPr>
          <w:b w:val="0"/>
          <w:i w:val="0"/>
          <w:sz w:val="6"/>
        </w:rPr>
      </w:r>
    </w:p>
    <w:p>
      <w:pPr>
        <w:spacing w:after="40"/>
      </w:pPr>
      <w:r>
        <w:rPr>
          <w:b/>
          <w:i w:val="0"/>
          <w:color w:val="4A148C"/>
          <w:sz w:val="21"/>
        </w:rPr>
        <w:t>3. How likely are you to recommend us to a friend? (0 = not at all, 10 = extremely likely)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929"/>
        <w:gridCol w:w="929"/>
        <w:gridCol w:w="929"/>
        <w:gridCol w:w="929"/>
        <w:gridCol w:w="929"/>
        <w:gridCol w:w="929"/>
        <w:gridCol w:w="929"/>
        <w:gridCol w:w="929"/>
        <w:gridCol w:w="929"/>
        <w:gridCol w:w="929"/>
        <w:gridCol w:w="929"/>
      </w:tblGrid>
      <w:tr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0</w:t>
            </w:r>
          </w:p>
        </w:tc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1</w:t>
            </w:r>
          </w:p>
        </w:tc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2</w:t>
            </w:r>
          </w:p>
        </w:tc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3</w:t>
            </w:r>
          </w:p>
        </w:tc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4</w:t>
            </w:r>
          </w:p>
        </w:tc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5</w:t>
            </w:r>
          </w:p>
        </w:tc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6</w:t>
            </w:r>
          </w:p>
        </w:tc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7</w:t>
            </w:r>
          </w:p>
        </w:tc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8</w:t>
            </w:r>
          </w:p>
        </w:tc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9</w:t>
            </w:r>
          </w:p>
        </w:tc>
        <w:tc>
          <w:tcPr>
            <w:tcW w:type="dxa" w:w="929"/>
            <w:shd w:val="clear" w:fill="F3E5F5"/>
          </w:tcPr>
          <w:p>
            <w:pPr>
              <w:spacing w:after="40"/>
              <w:jc w:val="center"/>
            </w:pPr>
            <w:r/>
            <w:r>
              <w:rPr>
                <w:b/>
                <w:i w:val="0"/>
                <w:color w:val="4A148C"/>
                <w:sz w:val="20"/>
              </w:rPr>
              <w:t>10</w:t>
            </w:r>
          </w:p>
        </w:tc>
      </w:tr>
    </w:tbl>
    <w:p>
      <w:r>
        <w:rPr>
          <w:b w:val="0"/>
          <w:i w:val="0"/>
          <w:sz w:val="6"/>
        </w:rPr>
      </w:r>
    </w:p>
    <w:p>
      <w:pPr>
        <w:spacing w:after="40"/>
      </w:pPr>
      <w:r>
        <w:rPr>
          <w:b/>
          <w:i w:val="0"/>
          <w:color w:val="4A148C"/>
          <w:sz w:val="21"/>
        </w:rPr>
        <w:t>4. How often do you use our products or services?</w:t>
      </w:r>
    </w:p>
    <w:p>
      <w:pPr>
        <w:spacing w:after="120"/>
      </w:pPr>
      <w:r>
        <w:rPr>
          <w:b w:val="0"/>
          <w:i w:val="0"/>
          <w:sz w:val="20"/>
        </w:rPr>
        <w:t>☐ First time     ☐ Monthly     ☐ Weekly     ☐ Several times a week</w:t>
      </w:r>
    </w:p>
    <w:p>
      <w:pPr>
        <w:spacing w:after="40"/>
      </w:pPr>
      <w:r>
        <w:rPr>
          <w:b/>
          <w:i w:val="0"/>
          <w:color w:val="4A148C"/>
          <w:sz w:val="21"/>
        </w:rPr>
        <w:t>5. What did you like most?</w:t>
      </w:r>
    </w:p>
    <w:p>
      <w:pPr>
        <w:spacing w:after="40"/>
      </w:pPr>
      <w:r>
        <w:rPr>
          <w:b w:val="0"/>
          <w:i w:val="0"/>
          <w:color w:val="9E9E9E"/>
          <w:sz w:val="20"/>
        </w:rPr>
        <w:t>_______________________________________________________________________________________________</w:t>
      </w:r>
    </w:p>
    <w:p>
      <w:pPr>
        <w:spacing w:after="40"/>
      </w:pPr>
      <w:r>
        <w:rPr>
          <w:b w:val="0"/>
          <w:i w:val="0"/>
          <w:color w:val="9E9E9E"/>
          <w:sz w:val="20"/>
        </w:rPr>
        <w:t>_______________________________________________________________________________________________</w:t>
      </w:r>
    </w:p>
    <w:p>
      <w:pPr>
        <w:spacing w:after="40"/>
      </w:pPr>
      <w:r>
        <w:rPr>
          <w:b/>
          <w:i w:val="0"/>
          <w:color w:val="4A148C"/>
          <w:sz w:val="21"/>
        </w:rPr>
        <w:t>6. What could we do better?</w:t>
      </w:r>
    </w:p>
    <w:p>
      <w:pPr>
        <w:spacing w:after="40"/>
      </w:pPr>
      <w:r>
        <w:rPr>
          <w:b w:val="0"/>
          <w:i w:val="0"/>
          <w:color w:val="9E9E9E"/>
          <w:sz w:val="20"/>
        </w:rPr>
        <w:t>_______________________________________________________________________________________________</w:t>
      </w:r>
    </w:p>
    <w:p>
      <w:pPr>
        <w:spacing w:after="40"/>
      </w:pPr>
      <w:r>
        <w:rPr>
          <w:b w:val="0"/>
          <w:i w:val="0"/>
          <w:color w:val="9E9E9E"/>
          <w:sz w:val="20"/>
        </w:rPr>
        <w:t>_______________________________________________________________________________________________</w:t>
      </w:r>
    </w:p>
    <w:p>
      <w:pPr>
        <w:spacing w:after="40"/>
      </w:pPr>
      <w:r>
        <w:rPr>
          <w:b/>
          <w:i w:val="0"/>
          <w:color w:val="4A148C"/>
          <w:sz w:val="21"/>
        </w:rPr>
        <w:t>7. About you (optional)</w:t>
      </w:r>
    </w:p>
    <w:p>
      <w:pPr>
        <w:spacing w:after="40"/>
      </w:pPr>
      <w:r>
        <w:rPr>
          <w:b w:val="0"/>
          <w:i w:val="0"/>
          <w:sz w:val="20"/>
        </w:rPr>
        <w:t>Age group: ☐ Under 18  ☐ 18–24  ☐ 25–34  ☐ 35–44  ☐ 45–54  ☐ 55+          May we contact you?  ☐ Yes  ☐ No</w:t>
      </w:r>
    </w:p>
    <w:p>
      <w:pPr>
        <w:spacing w:after="160"/>
      </w:pPr>
      <w:r>
        <w:rPr>
          <w:b w:val="0"/>
          <w:i w:val="0"/>
          <w:sz w:val="20"/>
        </w:rPr>
        <w:t>Email (optional): ____________________________________</w:t>
      </w:r>
    </w:p>
    <w:p>
      <w:pPr>
        <w:jc w:val="center"/>
      </w:pPr>
      <w:r>
        <w:rPr>
          <w:b/>
          <w:i w:val="0"/>
          <w:color w:val="6A1B9A"/>
          <w:sz w:val="22"/>
        </w:rPr>
        <w:t>Thank you for your feedback!</w:t>
      </w:r>
    </w:p>
    <w:sectPr w:rsidR="00FC693F" w:rsidRPr="0006063C" w:rsidSect="00034616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