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0"/>
      </w:tblGrid>
      <w:tr>
        <w:trPr>
          <w:trHeight w:val="6192" w:hRule="exact"/>
        </w:trPr>
        <w:tc>
          <w:tcPr>
            <w:tcW w:type="dxa" w:w="14400"/>
            <w:shd w:val="clear" w:fill="FFFBF0"/>
          </w:tcPr>
          <w:p>
            <w:r/>
          </w:p>
          <w:p>
            <w:pPr>
              <w:spacing w:after="80"/>
              <w:jc w:val="center"/>
            </w:pPr>
            <w:r>
              <w:rPr>
                <w:b/>
                <w:i w:val="0"/>
                <w:color w:val="666666"/>
                <w:sz w:val="24"/>
              </w:rPr>
              <w:t>[BUSINESS NAME]</w:t>
            </w:r>
          </w:p>
          <w:p>
            <w:pPr>
              <w:spacing w:after="80"/>
              <w:jc w:val="center"/>
            </w:pPr>
            <w:r>
              <w:rPr>
                <w:b/>
                <w:i/>
                <w:color w:val="B8860B"/>
                <w:sz w:val="76"/>
              </w:rPr>
              <w:t>Gift Certificate</w:t>
            </w:r>
          </w:p>
          <w:p>
            <w:pPr>
              <w:spacing w:after="80"/>
              <w:jc w:val="center"/>
            </w:pPr>
            <w:r>
              <w:rPr>
                <w:b w:val="0"/>
                <w:i/>
                <w:color w:val="555555"/>
                <w:sz w:val="24"/>
              </w:rPr>
              <w:t>This certificate entitles</w:t>
            </w:r>
          </w:p>
          <w:p>
            <w:pPr>
              <w:spacing w:after="80"/>
              <w:jc w:val="center"/>
            </w:pPr>
            <w:r>
              <w:rPr>
                <w:b/>
                <w:i w:val="0"/>
                <w:color w:val="333333"/>
                <w:sz w:val="44"/>
              </w:rPr>
              <w:t>[Recipient Name]</w:t>
            </w:r>
          </w:p>
          <w:p>
            <w:pPr>
              <w:spacing w:after="80"/>
              <w:jc w:val="center"/>
            </w:pPr>
            <w:r>
              <w:rPr>
                <w:b w:val="0"/>
                <w:i/>
                <w:color w:val="555555"/>
                <w:sz w:val="22"/>
              </w:rPr>
              <w:t>to</w:t>
            </w:r>
          </w:p>
          <w:p>
            <w:pPr>
              <w:spacing w:after="80"/>
              <w:jc w:val="center"/>
            </w:pPr>
            <w:r>
              <w:rPr>
                <w:b/>
                <w:i w:val="0"/>
                <w:color w:val="B8860B"/>
                <w:sz w:val="36"/>
              </w:rPr>
              <w:t>[$50.00]  ·  [One 60-minute massage]</w:t>
            </w:r>
          </w:p>
          <w:p>
            <w:pPr>
              <w:spacing w:after="80"/>
              <w:jc w:val="center"/>
            </w:pPr>
            <w:r>
              <w:rPr>
                <w:b w:val="0"/>
                <w:i w:val="0"/>
                <w:color w:val="555555"/>
                <w:sz w:val="20"/>
              </w:rPr>
              <w:t>From: [Giver Name]          Certificate No.: [GC-0001]          Expires: [Date]</w:t>
            </w:r>
          </w:p>
          <w:p>
            <w:pPr>
              <w:spacing w:after="80"/>
              <w:jc w:val="center"/>
            </w:pPr>
            <w:r>
              <w:rPr>
                <w:b w:val="0"/>
                <w:i w:val="0"/>
                <w:color w:val="555555"/>
                <w:sz w:val="20"/>
              </w:rPr>
              <w:t>Authorized signature: ____________________</w:t>
            </w:r>
          </w:p>
          <w:p>
            <w:pPr>
              <w:spacing w:after="80"/>
              <w:jc w:val="center"/>
            </w:pPr>
            <w:r>
              <w:rPr>
                <w:b w:val="0"/>
                <w:i w:val="0"/>
                <w:color w:val="888888"/>
                <w:sz w:val="16"/>
              </w:rPr>
              <w:t>Redeemable at [Address] · [Phone] · [Website]. Not exchangeable for cash.</w:t>
            </w:r>
          </w:p>
        </w:tc>
      </w:tr>
    </w:tbl>
    <w:p>
      <w:pPr>
        <w:jc w:val="center"/>
      </w:pPr>
      <w:r>
        <w:rPr>
          <w:b w:val="0"/>
          <w:i w:val="0"/>
          <w:color w:val="AAAAAA"/>
          <w:sz w:val="18"/>
        </w:rPr>
        <w:t>✂ - - - - - - - - - - - - - - - - - - - - - - - - - - - - - - - - - - - - - - - - - - - - - - - - - - - -</w:t>
      </w:r>
    </w:p>
    <w:p>
      <w:pPr>
        <w:jc w:val="center"/>
      </w:pPr>
      <w:r>
        <w:rPr>
          <w:b w:val="0"/>
          <w:i w:val="0"/>
          <w:color w:val="888888"/>
          <w:sz w:val="18"/>
        </w:rPr>
        <w:t>Print on card stock and cut along the border. Duplicate the certificate below for two per page.</w:t>
      </w:r>
    </w:p>
    <w:sectPr w:rsidR="00FC693F" w:rsidRPr="0006063C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