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fill="2E7D32"/>
          </w:tcPr>
          <w:p>
            <w:pPr>
              <w:jc w:val="center"/>
            </w:pPr>
            <w:r/>
            <w:r>
              <w:rPr>
                <w:b/>
                <w:color w:val="FFFFFF"/>
                <w:sz w:val="48"/>
              </w:rPr>
              <w:t>DONATION FORM</w:t>
            </w:r>
          </w:p>
          <w:p>
            <w:pPr>
              <w:jc w:val="center"/>
            </w:pPr>
            <w:r>
              <w:rPr>
                <w:color w:val="FFFFFF"/>
                <w:sz w:val="22"/>
              </w:rPr>
              <w:t>Your Organization Name  •  Registered Charity No. 000000</w:t>
            </w:r>
          </w:p>
        </w:tc>
      </w:tr>
    </w:tbl>
    <w:p>
      <w:pPr>
        <w:spacing w:after="120"/>
        <w:jc w:val="center"/>
      </w:pPr>
      <w:r>
        <w:rPr>
          <w:b w:val="0"/>
          <w:i/>
          <w:color w:val="424242"/>
          <w:sz w:val="21"/>
        </w:rPr>
        <w:t>Thank you for supporting our work. Your gift helps us provide meals, education and care to families in our community.</w:t>
      </w:r>
    </w:p>
    <w:p>
      <w:pPr>
        <w:spacing w:after="40"/>
        <w:pBdr>
          <w:bottom w:val="single" w:sz="8" w:color="2E7D32" w:space="1"/>
        </w:pBdr>
      </w:pPr>
      <w:r>
        <w:rPr>
          <w:b/>
          <w:i w:val="0"/>
          <w:color w:val="2E7D32"/>
          <w:sz w:val="24"/>
        </w:rPr>
        <w:t>1. Donor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E8F5E9"/>
          </w:tcPr>
          <w:p>
            <w:r/>
            <w:r>
              <w:rPr>
                <w:b/>
                <w:sz w:val="20"/>
              </w:rPr>
              <w:t>Full name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112"/>
            <w:shd w:val="clear" w:fill="E8F5E9"/>
          </w:tcPr>
          <w:p>
            <w:r/>
            <w:r>
              <w:rPr>
                <w:b/>
                <w:sz w:val="20"/>
              </w:rPr>
              <w:t>Organization (if applicable)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112"/>
            <w:shd w:val="clear" w:fill="E8F5E9"/>
          </w:tcPr>
          <w:p>
            <w:r/>
            <w:r>
              <w:rPr>
                <w:b/>
                <w:sz w:val="20"/>
              </w:rPr>
              <w:t>Address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112"/>
            <w:shd w:val="clear" w:fill="E8F5E9"/>
          </w:tcPr>
          <w:p>
            <w:r/>
            <w:r>
              <w:rPr>
                <w:b/>
                <w:sz w:val="20"/>
              </w:rPr>
              <w:t>City / Postal code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112"/>
            <w:shd w:val="clear" w:fill="E8F5E9"/>
          </w:tcPr>
          <w:p>
            <w:r/>
            <w:r>
              <w:rPr>
                <w:b/>
                <w:sz w:val="20"/>
              </w:rPr>
              <w:t>Phone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112"/>
            <w:shd w:val="clear" w:fill="E8F5E9"/>
          </w:tcPr>
          <w:p>
            <w:r/>
            <w:r>
              <w:rPr>
                <w:b/>
                <w:sz w:val="20"/>
              </w:rPr>
              <w:t>Email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40"/>
        <w:pBdr>
          <w:bottom w:val="single" w:sz="8" w:color="2E7D32" w:space="1"/>
        </w:pBdr>
      </w:pPr>
      <w:r>
        <w:rPr>
          <w:b/>
          <w:i w:val="0"/>
          <w:color w:val="2E7D32"/>
          <w:sz w:val="24"/>
        </w:rPr>
        <w:t>2. Donation amount</w:t>
      </w:r>
    </w:p>
    <w:p>
      <w:pPr>
        <w:spacing w:after="40"/>
      </w:pPr>
      <w:r>
        <w:rPr>
          <w:b w:val="0"/>
          <w:i w:val="0"/>
          <w:sz w:val="22"/>
        </w:rPr>
        <w:t>☐ 1,000    ☐ 2,500    ☐ 5,000    ☐ 10,000    ☐ 25,000    ☐ Other: ____________</w:t>
      </w:r>
    </w:p>
    <w:p>
      <w:pPr>
        <w:spacing w:after="40"/>
      </w:pPr>
      <w:r>
        <w:rPr>
          <w:b w:val="0"/>
          <w:i w:val="0"/>
          <w:sz w:val="22"/>
        </w:rPr>
        <w:t>Frequency:   ☐ One-time    ☐ Monthly    ☐ Quarterly    ☐ Annually</w:t>
      </w:r>
    </w:p>
    <w:p>
      <w:pPr>
        <w:spacing w:after="80"/>
      </w:pPr>
      <w:r>
        <w:rPr>
          <w:b w:val="0"/>
          <w:i w:val="0"/>
          <w:sz w:val="22"/>
        </w:rPr>
        <w:t>Designate my gift to:   ☐ Where most needed    ☐ Food programme    ☐ Education fund    ☐ Medical aid</w:t>
      </w:r>
    </w:p>
    <w:p>
      <w:pPr>
        <w:spacing w:after="40"/>
        <w:pBdr>
          <w:bottom w:val="single" w:sz="8" w:color="2E7D32" w:space="1"/>
        </w:pBdr>
      </w:pPr>
      <w:r>
        <w:rPr>
          <w:b/>
          <w:i w:val="0"/>
          <w:color w:val="2E7D32"/>
          <w:sz w:val="24"/>
        </w:rPr>
        <w:t>3. Payment method</w:t>
      </w:r>
    </w:p>
    <w:p>
      <w:pPr>
        <w:spacing w:after="40"/>
      </w:pPr>
      <w:r>
        <w:rPr>
          <w:b w:val="0"/>
          <w:i w:val="0"/>
          <w:sz w:val="22"/>
        </w:rPr>
        <w:t>☐ Cash    ☐ Cheque (payable to Your Organization Name)    ☐ Bank transfer    ☐ Card    ☐ Online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E8F5E9"/>
          </w:tcPr>
          <w:p>
            <w:r/>
            <w:r>
              <w:rPr>
                <w:b/>
                <w:sz w:val="20"/>
              </w:rPr>
              <w:t>Bank / card reference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112"/>
            <w:shd w:val="clear" w:fill="E8F5E9"/>
          </w:tcPr>
          <w:p>
            <w:r/>
            <w:r>
              <w:rPr>
                <w:b/>
                <w:sz w:val="20"/>
              </w:rPr>
              <w:t>Cheque number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112"/>
            <w:shd w:val="clear" w:fill="E8F5E9"/>
          </w:tcPr>
          <w:p>
            <w:r/>
            <w:r>
              <w:rPr>
                <w:b/>
                <w:sz w:val="20"/>
              </w:rPr>
              <w:t>Date of payment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40"/>
        <w:pBdr>
          <w:bottom w:val="single" w:sz="8" w:color="2E7D32" w:space="1"/>
        </w:pBdr>
      </w:pPr>
      <w:r>
        <w:rPr>
          <w:b/>
          <w:i w:val="0"/>
          <w:color w:val="2E7D32"/>
          <w:sz w:val="24"/>
        </w:rPr>
        <w:t>4. Dedication (optional)</w:t>
      </w:r>
    </w:p>
    <w:p>
      <w:pPr>
        <w:spacing w:after="40"/>
      </w:pPr>
      <w:r>
        <w:rPr>
          <w:b w:val="0"/>
          <w:i w:val="0"/>
          <w:sz w:val="22"/>
        </w:rPr>
        <w:t>☐ In honour of    ☐ In memory of   Name: _______________________________</w:t>
      </w:r>
    </w:p>
    <w:p>
      <w:pPr>
        <w:spacing w:after="80"/>
      </w:pPr>
      <w:r>
        <w:rPr>
          <w:b w:val="0"/>
          <w:i w:val="0"/>
          <w:sz w:val="22"/>
        </w:rPr>
        <w:t>Please notify: _____________________________________________________</w:t>
      </w:r>
    </w:p>
    <w:p>
      <w:pPr>
        <w:spacing w:after="40"/>
        <w:pBdr>
          <w:bottom w:val="single" w:sz="8" w:color="2E7D32" w:space="1"/>
        </w:pBdr>
      </w:pPr>
      <w:r>
        <w:rPr>
          <w:b/>
          <w:i w:val="0"/>
          <w:color w:val="2E7D32"/>
          <w:sz w:val="24"/>
        </w:rPr>
        <w:t>5. Recognition &amp; privacy</w:t>
      </w:r>
    </w:p>
    <w:p>
      <w:pPr>
        <w:spacing w:after="40"/>
      </w:pPr>
      <w:r>
        <w:rPr>
          <w:b w:val="0"/>
          <w:i w:val="0"/>
          <w:sz w:val="21"/>
        </w:rPr>
        <w:t>☐ You may list my name in donor acknowledgements    ☐ Please keep my donation anonymous</w:t>
      </w:r>
    </w:p>
    <w:p>
      <w:pPr>
        <w:spacing w:after="120"/>
      </w:pPr>
      <w:r>
        <w:rPr>
          <w:b w:val="0"/>
          <w:i w:val="0"/>
          <w:sz w:val="21"/>
        </w:rPr>
        <w:t>☐ I would like to receive updates about your work by email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  <w:r>
              <w:rPr>
                <w:b w:val="0"/>
                <w:sz w:val="20"/>
              </w:rPr>
              <w:t>Donor signature: ______________________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  <w:t>Date: ______________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color w:val="757575"/>
                <w:sz w:val="18"/>
              </w:rPr>
              <w:t>Received by: _________________________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757575"/>
                <w:sz w:val="18"/>
              </w:rPr>
              <w:t>Receipt no.: ________</w:t>
            </w:r>
          </w:p>
        </w:tc>
      </w:tr>
    </w:tbl>
    <w:p>
      <w:pPr>
        <w:spacing w:after="0"/>
        <w:jc w:val="center"/>
      </w:pPr>
      <w:r>
        <w:rPr>
          <w:b w:val="0"/>
          <w:i w:val="0"/>
          <w:color w:val="616161"/>
          <w:sz w:val="18"/>
        </w:rPr>
        <w:t>Please return this form to: Your Organization Name, 45 Hope Street, City  •  donate@yourorg.org  •  0300 000 0000. An official receipt will be issued for your records.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