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44"/>
        <w:gridCol w:w="7344"/>
      </w:tblGrid>
      <w:tr>
        <w:trPr>
          <w:trHeight w:val="10944" w:hRule="exact"/>
        </w:trPr>
        <w:tc>
          <w:tcPr>
            <w:tcW w:type="dxa" w:w="7344"/>
            <w:shd w:val="clear" w:fill="FFFFFF"/>
          </w:tcPr>
          <w:p>
            <w:r/>
          </w:p>
          <w:p>
            <w:pPr>
              <w:jc w:val="center"/>
            </w:pPr>
            <w:r>
              <w:rPr>
                <w:b w:val="0"/>
                <w:i/>
                <w:color w:val="333333"/>
                <w:sz w:val="32"/>
              </w:rPr>
              <w:br/>
              <w:br/>
              <w:br/>
              <w:br/>
              <w:t>Dear [Name],</w:t>
            </w:r>
          </w:p>
          <w:p>
            <w:pPr>
              <w:jc w:val="center"/>
            </w:pPr>
            <w:r>
              <w:rPr>
                <w:b w:val="0"/>
                <w:i w:val="0"/>
                <w:color w:val="444444"/>
                <w:sz w:val="26"/>
              </w:rPr>
              <w:br/>
              <w:t>Every year with you is my favourite chapter.</w:t>
              <w:br/>
              <w:t>Thank you for the laughter, the patience</w:t>
              <w:br/>
              <w:t>and the quiet everyday moments</w:t>
              <w:br/>
              <w:t>that make our life together so beautiful.</w:t>
              <w:br/>
            </w:r>
          </w:p>
          <w:p>
            <w:pPr>
              <w:jc w:val="center"/>
            </w:pPr>
            <w:r>
              <w:rPr>
                <w:b w:val="0"/>
                <w:i/>
                <w:color w:val="444444"/>
                <w:sz w:val="26"/>
              </w:rPr>
              <w:t>Here's to many more adventures, side by side.</w:t>
            </w:r>
          </w:p>
          <w:p>
            <w:pPr>
              <w:jc w:val="center"/>
            </w:pPr>
            <w:r>
              <w:rPr>
                <w:b w:val="0"/>
                <w:i/>
                <w:color w:val="8B1E3F"/>
                <w:sz w:val="28"/>
              </w:rPr>
              <w:br/>
              <w:br/>
              <w:t>With all my love,</w:t>
              <w:br/>
              <w:t>[Your 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AAAAAA"/>
                <w:sz w:val="16"/>
              </w:rPr>
              <w:br/>
              <w:br/>
              <w:br/>
              <w:br/>
              <w:br/>
              <w:t>(inside — fold along the centre)</w:t>
            </w:r>
          </w:p>
        </w:tc>
        <w:tc>
          <w:tcPr>
            <w:tcW w:type="dxa" w:w="7344"/>
            <w:shd w:val="clear" w:fill="FBEFF2"/>
          </w:tcPr>
          <w:p>
            <w:r/>
          </w:p>
          <w:p>
            <w:pPr>
              <w:jc w:val="center"/>
            </w:pPr>
            <w:r>
              <w:rPr>
                <w:b w:val="0"/>
                <w:i w:val="0"/>
                <w:color w:val="8B1E3F"/>
                <w:sz w:val="80"/>
              </w:rPr>
              <w:br/>
              <w:br/>
              <w:br/>
              <w:br/>
              <w:t>♥</w:t>
            </w:r>
          </w:p>
          <w:p>
            <w:pPr>
              <w:jc w:val="center"/>
            </w:pPr>
            <w:r>
              <w:rPr>
                <w:b w:val="0"/>
                <w:i/>
                <w:color w:val="8B1E3F"/>
                <w:sz w:val="60"/>
              </w:rPr>
              <w:t>Happy</w:t>
            </w:r>
          </w:p>
          <w:p>
            <w:pPr>
              <w:jc w:val="center"/>
            </w:pPr>
            <w:r>
              <w:rPr>
                <w:b/>
                <w:i w:val="0"/>
                <w:color w:val="8B1E3F"/>
                <w:sz w:val="80"/>
              </w:rPr>
              <w:t>Anniversary</w:t>
            </w:r>
          </w:p>
          <w:p>
            <w:pPr>
              <w:jc w:val="center"/>
            </w:pPr>
            <w:r>
              <w:rPr>
                <w:b w:val="0"/>
                <w:i/>
                <w:color w:val="5A5A5A"/>
                <w:sz w:val="32"/>
              </w:rPr>
              <w:br/>
              <w:t>[Number] years of love</w:t>
            </w:r>
          </w:p>
          <w:p>
            <w:pPr>
              <w:jc w:val="center"/>
            </w:pPr>
            <w:r>
              <w:rPr>
                <w:b w:val="0"/>
                <w:i w:val="0"/>
                <w:color w:val="5A5A5A"/>
                <w:sz w:val="24"/>
              </w:rPr>
              <w:br/>
              <w:t>[Date]</w:t>
            </w:r>
          </w:p>
        </w:tc>
      </w:tr>
    </w:tbl>
    <w:sectPr w:rsidR="00FC693F" w:rsidRPr="0006063C" w:rsidSect="00034616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