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F3A5F"/>
          <w:sz w:val="44"/>
        </w:rPr>
        <w:t>MEETING MINUTES</w:t>
      </w:r>
    </w:p>
    <w:p>
      <w:pPr>
        <w:spacing w:after="160"/>
      </w:pPr>
      <w:r>
        <w:rPr>
          <w:b w:val="0"/>
          <w:i w:val="0"/>
          <w:color w:val="666666"/>
          <w:sz w:val="22"/>
        </w:rPr>
        <w:t>[Organization / Team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fill="E8EEF5"/>
          </w:tcPr>
          <w:p>
            <w:r>
              <w:rPr>
                <w:b/>
              </w:rPr>
              <w:t>Meeting Title</w:t>
            </w:r>
          </w:p>
        </w:tc>
        <w:tc>
          <w:tcPr>
            <w:tcW w:type="dxa" w:w="2484"/>
          </w:tcPr>
          <w:p>
            <w:r>
              <w:t>[Monthly Team Meeting]</w:t>
            </w:r>
          </w:p>
        </w:tc>
        <w:tc>
          <w:tcPr>
            <w:tcW w:type="dxa" w:w="2484"/>
            <w:shd w:val="clear" w:fill="E8EEF5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84"/>
          </w:tcPr>
          <w:p>
            <w:r>
              <w:t>[29 Oct 2026]</w:t>
            </w:r>
          </w:p>
        </w:tc>
      </w:tr>
      <w:tr>
        <w:tc>
          <w:tcPr>
            <w:tcW w:type="dxa" w:w="2484"/>
            <w:shd w:val="clear" w:fill="E8EEF5"/>
          </w:tcPr>
          <w:p>
            <w:r>
              <w:rPr>
                <w:b/>
              </w:rPr>
              <w:t>Location / Link</w:t>
            </w:r>
          </w:p>
        </w:tc>
        <w:tc>
          <w:tcPr>
            <w:tcW w:type="dxa" w:w="2484"/>
          </w:tcPr>
          <w:p>
            <w:r>
              <w:t>[Room 2 / Teams]</w:t>
            </w:r>
          </w:p>
        </w:tc>
        <w:tc>
          <w:tcPr>
            <w:tcW w:type="dxa" w:w="2484"/>
            <w:shd w:val="clear" w:fill="E8EEF5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484"/>
          </w:tcPr>
          <w:p>
            <w:r>
              <w:t>[10:00 – 11:00]</w:t>
            </w:r>
          </w:p>
        </w:tc>
      </w:tr>
      <w:tr>
        <w:tc>
          <w:tcPr>
            <w:tcW w:type="dxa" w:w="2484"/>
            <w:shd w:val="clear" w:fill="E8EEF5"/>
          </w:tcPr>
          <w:p>
            <w:r>
              <w:rPr>
                <w:b/>
              </w:rPr>
              <w:t>Chairperson</w:t>
            </w:r>
          </w:p>
        </w:tc>
        <w:tc>
          <w:tcPr>
            <w:tcW w:type="dxa" w:w="2484"/>
          </w:tcPr>
          <w:p>
            <w:r>
              <w:t>[Name]</w:t>
            </w:r>
          </w:p>
        </w:tc>
        <w:tc>
          <w:tcPr>
            <w:tcW w:type="dxa" w:w="2484"/>
            <w:shd w:val="clear" w:fill="E8EEF5"/>
          </w:tcPr>
          <w:p>
            <w:r>
              <w:rPr>
                <w:b/>
              </w:rPr>
              <w:t>Minute Taker</w:t>
            </w:r>
          </w:p>
        </w:tc>
        <w:tc>
          <w:tcPr>
            <w:tcW w:type="dxa" w:w="2484"/>
          </w:tcPr>
          <w:p>
            <w:r>
              <w:t>[Name]</w:t>
            </w:r>
          </w:p>
        </w:tc>
      </w:tr>
    </w:tbl>
    <w:p/>
    <w:p>
      <w:pPr>
        <w:spacing w:after="40"/>
        <w:pBdr>
          <w:bottom w:val="single" w:sz="8" w:color="1F3A5F" w:space="1"/>
        </w:pBdr>
      </w:pPr>
      <w:r>
        <w:rPr>
          <w:b/>
          <w:i w:val="0"/>
          <w:color w:val="1F3A5F"/>
          <w:sz w:val="24"/>
        </w:rPr>
        <w:t>Attendees</w:t>
      </w:r>
    </w:p>
    <w:p>
      <w:r>
        <w:rPr>
          <w:b w:val="0"/>
          <w:i w:val="0"/>
        </w:rPr>
        <w:t>Present: [Name, Name, Name]     Apologies: [Name]     Guests: [Name]</w:t>
      </w:r>
    </w:p>
    <w:p>
      <w:pPr>
        <w:spacing w:after="40"/>
        <w:pBdr>
          <w:bottom w:val="single" w:sz="8" w:color="1F3A5F" w:space="1"/>
        </w:pBdr>
      </w:pPr>
      <w:r>
        <w:rPr>
          <w:b/>
          <w:i w:val="0"/>
          <w:color w:val="1F3A5F"/>
          <w:sz w:val="24"/>
        </w:rPr>
        <w:t>Agenda &amp; Discussion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04"/>
            <w:shd w:val="clear" w:fill="1F3A5F"/>
          </w:tcPr>
          <w:p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2592"/>
            <w:shd w:val="clear" w:fill="1F3A5F"/>
          </w:tcPr>
          <w:p>
            <w:r>
              <w:rPr>
                <w:b/>
                <w:color w:val="FFFFFF"/>
              </w:rPr>
              <w:t>Agenda Item</w:t>
            </w:r>
          </w:p>
        </w:tc>
        <w:tc>
          <w:tcPr>
            <w:tcW w:type="dxa" w:w="4320"/>
            <w:shd w:val="clear" w:fill="1F3A5F"/>
          </w:tcPr>
          <w:p>
            <w:r>
              <w:rPr>
                <w:b/>
                <w:color w:val="FFFFFF"/>
              </w:rPr>
              <w:t>Discussion Summary</w:t>
            </w:r>
          </w:p>
        </w:tc>
        <w:tc>
          <w:tcPr>
            <w:tcW w:type="dxa" w:w="2376"/>
            <w:shd w:val="clear" w:fill="1F3A5F"/>
          </w:tcPr>
          <w:p>
            <w:r>
              <w:rPr>
                <w:b/>
                <w:color w:val="FFFFFF"/>
              </w:rPr>
              <w:t>Decision</w:t>
            </w:r>
          </w:p>
        </w:tc>
      </w:tr>
      <w:tr>
        <w:tc>
          <w:tcPr>
            <w:tcW w:type="dxa" w:w="504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Approval of previous minutes</w:t>
            </w:r>
          </w:p>
        </w:tc>
        <w:tc>
          <w:tcPr>
            <w:tcW w:type="dxa" w:w="4320"/>
          </w:tcPr>
          <w:p>
            <w:r>
              <w:t>Minutes of [date] reviewed</w:t>
            </w:r>
          </w:p>
        </w:tc>
        <w:tc>
          <w:tcPr>
            <w:tcW w:type="dxa" w:w="2376"/>
          </w:tcPr>
          <w:p>
            <w:r>
              <w:t>Approved</w:t>
            </w:r>
          </w:p>
        </w:tc>
      </w:tr>
      <w:tr>
        <w:tc>
          <w:tcPr>
            <w:tcW w:type="dxa" w:w="504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Project status update</w:t>
            </w:r>
          </w:p>
        </w:tc>
        <w:tc>
          <w:tcPr>
            <w:tcW w:type="dxa" w:w="4320"/>
          </w:tcPr>
          <w:p>
            <w:r>
              <w:t>Phase 1 on schedule; vendor delay on Phase 2</w:t>
            </w:r>
          </w:p>
        </w:tc>
        <w:tc>
          <w:tcPr>
            <w:tcW w:type="dxa" w:w="2376"/>
          </w:tcPr>
          <w:p>
            <w:r>
              <w:t>Revised timeline agreed</w:t>
            </w:r>
          </w:p>
        </w:tc>
      </w:tr>
      <w:tr>
        <w:tc>
          <w:tcPr>
            <w:tcW w:type="dxa" w:w="504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Budget review</w:t>
            </w:r>
          </w:p>
        </w:tc>
        <w:tc>
          <w:tcPr>
            <w:tcW w:type="dxa" w:w="4320"/>
          </w:tcPr>
          <w:p>
            <w:r>
              <w:t>Q4 spend at 82% of budget</w:t>
            </w:r>
          </w:p>
        </w:tc>
        <w:tc>
          <w:tcPr>
            <w:tcW w:type="dxa" w:w="2376"/>
          </w:tcPr>
          <w:p>
            <w:r>
              <w:t>Hold non-essential spend</w:t>
            </w:r>
          </w:p>
        </w:tc>
      </w:tr>
      <w:tr>
        <w:tc>
          <w:tcPr>
            <w:tcW w:type="dxa" w:w="504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AOB</w:t>
            </w:r>
          </w:p>
        </w:tc>
        <w:tc>
          <w:tcPr>
            <w:tcW w:type="dxa" w:w="4320"/>
          </w:tcPr>
          <w:p>
            <w:r>
              <w:t>Holiday schedule</w:t>
            </w:r>
          </w:p>
        </w:tc>
        <w:tc>
          <w:tcPr>
            <w:tcW w:type="dxa" w:w="2376"/>
          </w:tcPr>
          <w:p>
            <w:r>
              <w:t>Circulate by Friday</w:t>
            </w:r>
          </w:p>
        </w:tc>
      </w:tr>
    </w:tbl>
    <w:p/>
    <w:p>
      <w:pPr>
        <w:spacing w:after="40"/>
        <w:pBdr>
          <w:bottom w:val="single" w:sz="8" w:color="1F3A5F" w:space="1"/>
        </w:pBdr>
      </w:pPr>
      <w:r>
        <w:rPr>
          <w:b/>
          <w:i w:val="0"/>
          <w:color w:val="1F3A5F"/>
          <w:sz w:val="24"/>
        </w:rP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608"/>
            <w:shd w:val="clear" w:fill="1F3A5F"/>
          </w:tcPr>
          <w:p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1872"/>
            <w:shd w:val="clear" w:fill="1F3A5F"/>
          </w:tcPr>
          <w:p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1728"/>
            <w:shd w:val="clear" w:fill="1F3A5F"/>
          </w:tcPr>
          <w:p>
            <w:r>
              <w:rPr>
                <w:b/>
                <w:color w:val="FFFFFF"/>
              </w:rPr>
              <w:t>Due Date</w:t>
            </w:r>
          </w:p>
        </w:tc>
        <w:tc>
          <w:tcPr>
            <w:tcW w:type="dxa" w:w="1584"/>
            <w:shd w:val="clear" w:fill="1F3A5F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4608"/>
          </w:tcPr>
          <w:p>
            <w:r>
              <w:t>Send revised timeline to client</w:t>
            </w:r>
          </w:p>
        </w:tc>
        <w:tc>
          <w:tcPr>
            <w:tcW w:type="dxa" w:w="1872"/>
          </w:tcPr>
          <w:p>
            <w:r>
              <w:t>[Name]</w:t>
            </w:r>
          </w:p>
        </w:tc>
        <w:tc>
          <w:tcPr>
            <w:tcW w:type="dxa" w:w="1728"/>
          </w:tcPr>
          <w:p>
            <w:r>
              <w:t>[Date]</w:t>
            </w:r>
          </w:p>
        </w:tc>
        <w:tc>
          <w:tcPr>
            <w:tcW w:type="dxa" w:w="1584"/>
          </w:tcPr>
          <w:p>
            <w:r>
              <w:t>Open</w:t>
            </w:r>
          </w:p>
        </w:tc>
      </w:tr>
      <w:tr>
        <w:tc>
          <w:tcPr>
            <w:tcW w:type="dxa" w:w="4608"/>
          </w:tcPr>
          <w:p>
            <w:r>
              <w:t>Prepare Q4 budget forecast</w:t>
            </w:r>
          </w:p>
        </w:tc>
        <w:tc>
          <w:tcPr>
            <w:tcW w:type="dxa" w:w="1872"/>
          </w:tcPr>
          <w:p>
            <w:r>
              <w:t>[Name]</w:t>
            </w:r>
          </w:p>
        </w:tc>
        <w:tc>
          <w:tcPr>
            <w:tcW w:type="dxa" w:w="1728"/>
          </w:tcPr>
          <w:p>
            <w:r>
              <w:t>[Date]</w:t>
            </w:r>
          </w:p>
        </w:tc>
        <w:tc>
          <w:tcPr>
            <w:tcW w:type="dxa" w:w="1584"/>
          </w:tcPr>
          <w:p>
            <w:r>
              <w:t>Open</w:t>
            </w:r>
          </w:p>
        </w:tc>
      </w:tr>
      <w:tr>
        <w:tc>
          <w:tcPr>
            <w:tcW w:type="dxa" w:w="4608"/>
          </w:tcPr>
          <w:p>
            <w:r>
              <w:t>Share holiday rota</w:t>
            </w:r>
          </w:p>
        </w:tc>
        <w:tc>
          <w:tcPr>
            <w:tcW w:type="dxa" w:w="1872"/>
          </w:tcPr>
          <w:p>
            <w:r>
              <w:t>[Name]</w:t>
            </w:r>
          </w:p>
        </w:tc>
        <w:tc>
          <w:tcPr>
            <w:tcW w:type="dxa" w:w="1728"/>
          </w:tcPr>
          <w:p>
            <w:r>
              <w:t>[Date]</w:t>
            </w:r>
          </w:p>
        </w:tc>
        <w:tc>
          <w:tcPr>
            <w:tcW w:type="dxa" w:w="1584"/>
          </w:tcPr>
          <w:p>
            <w:r>
              <w:t>Open</w:t>
            </w:r>
          </w:p>
        </w:tc>
      </w:tr>
    </w:tbl>
    <w:p/>
    <w:p>
      <w:pPr>
        <w:spacing w:after="40"/>
        <w:pBdr>
          <w:bottom w:val="single" w:sz="8" w:color="1F3A5F" w:space="1"/>
        </w:pBdr>
      </w:pPr>
      <w:r>
        <w:rPr>
          <w:b/>
          <w:i w:val="0"/>
          <w:color w:val="1F3A5F"/>
          <w:sz w:val="24"/>
        </w:rPr>
        <w:t>Next Meeting</w:t>
      </w:r>
    </w:p>
    <w:p>
      <w:r>
        <w:rPr>
          <w:b w:val="0"/>
          <w:i w:val="0"/>
        </w:rPr>
        <w:t>Date: [Date]   ·   Time: [Time]   ·   Location: [Location]</w:t>
      </w:r>
    </w:p>
    <w:p>
      <w:r>
        <w:rPr>
          <w:b w:val="0"/>
          <w:i w:val="0"/>
        </w:rPr>
        <w:br/>
        <w:t>Minutes approved by: ______________________     Date: ____________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