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jc w:val="center"/>
      </w:pPr>
      <w:r>
        <w:rPr>
          <w:b/>
          <w:i w:val="0"/>
          <w:color w:val="37474F"/>
          <w:sz w:val="44"/>
        </w:rPr>
        <w:t>BILL OF SALE</w:t>
      </w:r>
    </w:p>
    <w:p>
      <w:pPr>
        <w:spacing w:after="160"/>
        <w:jc w:val="center"/>
      </w:pPr>
      <w:r>
        <w:rPr>
          <w:b w:val="0"/>
          <w:i/>
          <w:color w:val="666666"/>
          <w:sz w:val="19"/>
        </w:rPr>
        <w:t>Motor vehicle / general personal property</w:t>
      </w:r>
    </w:p>
    <w:p>
      <w:pPr>
        <w:spacing w:after="40"/>
        <w:pBdr>
          <w:bottom w:val="single" w:sz="8" w:color="37474F" w:space="1"/>
        </w:pBdr>
      </w:pPr>
      <w:r>
        <w:rPr>
          <w:b/>
          <w:i w:val="0"/>
          <w:color w:val="37474F"/>
          <w:sz w:val="22"/>
        </w:rPr>
        <w:t>1. Seller</w:t>
      </w:r>
    </w:p>
    <w:tbl>
      <w:tblPr>
        <w:tblStyle w:val="TableGrid"/>
        <w:tblW w:type="auto" w:w="0"/>
        <w:tblLook w:firstColumn="1" w:firstRow="1" w:lastColumn="0" w:lastRow="0" w:noHBand="0" w:noVBand="1" w:val="04A0"/>
      </w:tblPr>
      <w:tblGrid>
        <w:gridCol w:w="5112"/>
        <w:gridCol w:w="5112"/>
      </w:tblGrid>
      <w:tr>
        <w:tc>
          <w:tcPr>
            <w:tcW w:type="dxa" w:w="2592"/>
            <w:shd w:val="clear" w:fill="E8EEF5"/>
          </w:tcPr>
          <w:p>
            <w:pPr>
              <w:spacing w:after="40"/>
            </w:pPr>
            <w:r/>
            <w:r>
              <w:rPr>
                <w:b/>
                <w:i w:val="0"/>
                <w:sz w:val="20"/>
              </w:rPr>
              <w:t>Full name</w:t>
            </w:r>
          </w:p>
        </w:tc>
        <w:tc>
          <w:tcPr>
            <w:tcW w:type="dxa" w:w="7056"/>
          </w:tcPr>
          <w:p>
            <w:pPr>
              <w:spacing w:after="40"/>
            </w:pPr>
            <w:r/>
            <w:r>
              <w:rPr>
                <w:b w:val="0"/>
                <w:i w:val="0"/>
                <w:sz w:val="20"/>
              </w:rPr>
              <w:t>[Seller name]</w:t>
            </w:r>
          </w:p>
        </w:tc>
      </w:tr>
      <w:tr>
        <w:tc>
          <w:tcPr>
            <w:tcW w:type="dxa" w:w="2592"/>
            <w:shd w:val="clear" w:fill="E8EEF5"/>
          </w:tcPr>
          <w:p>
            <w:pPr>
              <w:spacing w:after="40"/>
            </w:pPr>
            <w:r/>
            <w:r>
              <w:rPr>
                <w:b/>
                <w:i w:val="0"/>
                <w:sz w:val="20"/>
              </w:rPr>
              <w:t>Address</w:t>
            </w:r>
          </w:p>
        </w:tc>
        <w:tc>
          <w:tcPr>
            <w:tcW w:type="dxa" w:w="7056"/>
          </w:tcPr>
          <w:p>
            <w:pPr>
              <w:spacing w:after="40"/>
            </w:pPr>
            <w:r/>
            <w:r>
              <w:rPr>
                <w:b w:val="0"/>
                <w:i w:val="0"/>
                <w:sz w:val="20"/>
              </w:rPr>
              <w:t>[Seller address]</w:t>
            </w:r>
          </w:p>
        </w:tc>
      </w:tr>
      <w:tr>
        <w:tc>
          <w:tcPr>
            <w:tcW w:type="dxa" w:w="2592"/>
            <w:shd w:val="clear" w:fill="E8EEF5"/>
          </w:tcPr>
          <w:p>
            <w:pPr>
              <w:spacing w:after="40"/>
            </w:pPr>
            <w:r/>
            <w:r>
              <w:rPr>
                <w:b/>
                <w:i w:val="0"/>
                <w:sz w:val="20"/>
              </w:rPr>
              <w:t>Phone / CNIC</w:t>
            </w:r>
          </w:p>
        </w:tc>
        <w:tc>
          <w:tcPr>
            <w:tcW w:type="dxa" w:w="7056"/>
          </w:tcPr>
          <w:p>
            <w:pPr>
              <w:spacing w:after="40"/>
            </w:pPr>
            <w:r/>
            <w:r>
              <w:rPr>
                <w:b w:val="0"/>
                <w:i w:val="0"/>
                <w:sz w:val="20"/>
              </w:rPr>
              <w:t>[Phone]  /  [ID number]</w:t>
            </w:r>
          </w:p>
        </w:tc>
      </w:tr>
    </w:tbl>
    <w:p>
      <w:pPr>
        <w:spacing w:after="40"/>
        <w:pBdr>
          <w:bottom w:val="single" w:sz="8" w:color="37474F" w:space="1"/>
        </w:pBdr>
      </w:pPr>
      <w:r>
        <w:rPr>
          <w:b/>
          <w:i w:val="0"/>
          <w:color w:val="37474F"/>
          <w:sz w:val="22"/>
        </w:rPr>
        <w:t>2. Buyer</w:t>
      </w:r>
    </w:p>
    <w:tbl>
      <w:tblPr>
        <w:tblStyle w:val="TableGrid"/>
        <w:tblW w:type="auto" w:w="0"/>
        <w:tblLook w:firstColumn="1" w:firstRow="1" w:lastColumn="0" w:lastRow="0" w:noHBand="0" w:noVBand="1" w:val="04A0"/>
      </w:tblPr>
      <w:tblGrid>
        <w:gridCol w:w="5112"/>
        <w:gridCol w:w="5112"/>
      </w:tblGrid>
      <w:tr>
        <w:tc>
          <w:tcPr>
            <w:tcW w:type="dxa" w:w="2592"/>
            <w:shd w:val="clear" w:fill="E8EEF5"/>
          </w:tcPr>
          <w:p>
            <w:pPr>
              <w:spacing w:after="40"/>
            </w:pPr>
            <w:r/>
            <w:r>
              <w:rPr>
                <w:b/>
                <w:i w:val="0"/>
                <w:sz w:val="20"/>
              </w:rPr>
              <w:t>Full name</w:t>
            </w:r>
          </w:p>
        </w:tc>
        <w:tc>
          <w:tcPr>
            <w:tcW w:type="dxa" w:w="7056"/>
          </w:tcPr>
          <w:p>
            <w:pPr>
              <w:spacing w:after="40"/>
            </w:pPr>
            <w:r/>
            <w:r>
              <w:rPr>
                <w:b w:val="0"/>
                <w:i w:val="0"/>
                <w:sz w:val="20"/>
              </w:rPr>
              <w:t>[Buyer name]</w:t>
            </w:r>
          </w:p>
        </w:tc>
      </w:tr>
      <w:tr>
        <w:tc>
          <w:tcPr>
            <w:tcW w:type="dxa" w:w="2592"/>
            <w:shd w:val="clear" w:fill="E8EEF5"/>
          </w:tcPr>
          <w:p>
            <w:pPr>
              <w:spacing w:after="40"/>
            </w:pPr>
            <w:r/>
            <w:r>
              <w:rPr>
                <w:b/>
                <w:i w:val="0"/>
                <w:sz w:val="20"/>
              </w:rPr>
              <w:t>Address</w:t>
            </w:r>
          </w:p>
        </w:tc>
        <w:tc>
          <w:tcPr>
            <w:tcW w:type="dxa" w:w="7056"/>
          </w:tcPr>
          <w:p>
            <w:pPr>
              <w:spacing w:after="40"/>
            </w:pPr>
            <w:r/>
            <w:r>
              <w:rPr>
                <w:b w:val="0"/>
                <w:i w:val="0"/>
                <w:sz w:val="20"/>
              </w:rPr>
              <w:t>[Buyer address]</w:t>
            </w:r>
          </w:p>
        </w:tc>
      </w:tr>
      <w:tr>
        <w:tc>
          <w:tcPr>
            <w:tcW w:type="dxa" w:w="2592"/>
            <w:shd w:val="clear" w:fill="E8EEF5"/>
          </w:tcPr>
          <w:p>
            <w:pPr>
              <w:spacing w:after="40"/>
            </w:pPr>
            <w:r/>
            <w:r>
              <w:rPr>
                <w:b/>
                <w:i w:val="0"/>
                <w:sz w:val="20"/>
              </w:rPr>
              <w:t>Phone / CNIC</w:t>
            </w:r>
          </w:p>
        </w:tc>
        <w:tc>
          <w:tcPr>
            <w:tcW w:type="dxa" w:w="7056"/>
          </w:tcPr>
          <w:p>
            <w:pPr>
              <w:spacing w:after="40"/>
            </w:pPr>
            <w:r/>
            <w:r>
              <w:rPr>
                <w:b w:val="0"/>
                <w:i w:val="0"/>
                <w:sz w:val="20"/>
              </w:rPr>
              <w:t>[Phone]  /  [ID number]</w:t>
            </w:r>
          </w:p>
        </w:tc>
      </w:tr>
    </w:tbl>
    <w:p>
      <w:pPr>
        <w:spacing w:after="40"/>
        <w:pBdr>
          <w:bottom w:val="single" w:sz="8" w:color="37474F" w:space="1"/>
        </w:pBdr>
      </w:pPr>
      <w:r>
        <w:rPr>
          <w:b/>
          <w:i w:val="0"/>
          <w:color w:val="37474F"/>
          <w:sz w:val="22"/>
        </w:rPr>
        <w:t>3. Item sold</w:t>
      </w:r>
    </w:p>
    <w:tbl>
      <w:tblPr>
        <w:tblStyle w:val="TableGrid"/>
        <w:tblW w:type="auto" w:w="0"/>
        <w:tblLook w:firstColumn="1" w:firstRow="1" w:lastColumn="0" w:lastRow="0" w:noHBand="0" w:noVBand="1" w:val="04A0"/>
      </w:tblPr>
      <w:tblGrid>
        <w:gridCol w:w="5112"/>
        <w:gridCol w:w="5112"/>
      </w:tblGrid>
      <w:tr>
        <w:tc>
          <w:tcPr>
            <w:tcW w:type="dxa" w:w="2592"/>
            <w:shd w:val="clear" w:fill="E8EEF5"/>
          </w:tcPr>
          <w:p>
            <w:pPr>
              <w:spacing w:after="40"/>
            </w:pPr>
            <w:r/>
            <w:r>
              <w:rPr>
                <w:b/>
                <w:i w:val="0"/>
                <w:sz w:val="20"/>
              </w:rPr>
              <w:t>Description</w:t>
            </w:r>
          </w:p>
        </w:tc>
        <w:tc>
          <w:tcPr>
            <w:tcW w:type="dxa" w:w="7056"/>
          </w:tcPr>
          <w:p>
            <w:pPr>
              <w:spacing w:after="40"/>
            </w:pPr>
            <w:r/>
            <w:r>
              <w:rPr>
                <w:b w:val="0"/>
                <w:i w:val="0"/>
                <w:sz w:val="20"/>
              </w:rPr>
              <w:t>[e.g. 2019 Toyota Corolla GLi, white]</w:t>
            </w:r>
          </w:p>
        </w:tc>
      </w:tr>
      <w:tr>
        <w:tc>
          <w:tcPr>
            <w:tcW w:type="dxa" w:w="2592"/>
            <w:shd w:val="clear" w:fill="E8EEF5"/>
          </w:tcPr>
          <w:p>
            <w:pPr>
              <w:spacing w:after="40"/>
            </w:pPr>
            <w:r/>
            <w:r>
              <w:rPr>
                <w:b/>
                <w:i w:val="0"/>
                <w:sz w:val="20"/>
              </w:rPr>
              <w:t>Registration / serial #</w:t>
            </w:r>
          </w:p>
        </w:tc>
        <w:tc>
          <w:tcPr>
            <w:tcW w:type="dxa" w:w="7056"/>
          </w:tcPr>
          <w:p>
            <w:pPr>
              <w:spacing w:after="40"/>
            </w:pPr>
            <w:r/>
            <w:r>
              <w:rPr>
                <w:b w:val="0"/>
                <w:i w:val="0"/>
                <w:sz w:val="20"/>
              </w:rPr>
              <w:t>[Registration no.]</w:t>
            </w:r>
          </w:p>
        </w:tc>
      </w:tr>
      <w:tr>
        <w:tc>
          <w:tcPr>
            <w:tcW w:type="dxa" w:w="2592"/>
            <w:shd w:val="clear" w:fill="E8EEF5"/>
          </w:tcPr>
          <w:p>
            <w:pPr>
              <w:spacing w:after="40"/>
            </w:pPr>
            <w:r/>
            <w:r>
              <w:rPr>
                <w:b/>
                <w:i w:val="0"/>
                <w:sz w:val="20"/>
              </w:rPr>
              <w:t>Chassis / VIN</w:t>
            </w:r>
          </w:p>
        </w:tc>
        <w:tc>
          <w:tcPr>
            <w:tcW w:type="dxa" w:w="7056"/>
          </w:tcPr>
          <w:p>
            <w:pPr>
              <w:spacing w:after="40"/>
            </w:pPr>
            <w:r/>
            <w:r>
              <w:rPr>
                <w:b w:val="0"/>
                <w:i w:val="0"/>
                <w:sz w:val="20"/>
              </w:rPr>
              <w:t>[Chassis no.]</w:t>
            </w:r>
          </w:p>
        </w:tc>
      </w:tr>
      <w:tr>
        <w:tc>
          <w:tcPr>
            <w:tcW w:type="dxa" w:w="2592"/>
            <w:shd w:val="clear" w:fill="E8EEF5"/>
          </w:tcPr>
          <w:p>
            <w:pPr>
              <w:spacing w:after="40"/>
            </w:pPr>
            <w:r/>
            <w:r>
              <w:rPr>
                <w:b/>
                <w:i w:val="0"/>
                <w:sz w:val="20"/>
              </w:rPr>
              <w:t>Engine no. / odometer</w:t>
            </w:r>
          </w:p>
        </w:tc>
        <w:tc>
          <w:tcPr>
            <w:tcW w:type="dxa" w:w="7056"/>
          </w:tcPr>
          <w:p>
            <w:pPr>
              <w:spacing w:after="40"/>
            </w:pPr>
            <w:r/>
            <w:r>
              <w:rPr>
                <w:b w:val="0"/>
                <w:i w:val="0"/>
                <w:sz w:val="20"/>
              </w:rPr>
              <w:t>[Engine no.]  /  [km]</w:t>
            </w:r>
          </w:p>
        </w:tc>
      </w:tr>
    </w:tbl>
    <w:p>
      <w:pPr>
        <w:spacing w:after="40"/>
        <w:pBdr>
          <w:bottom w:val="single" w:sz="8" w:color="37474F" w:space="1"/>
        </w:pBdr>
      </w:pPr>
      <w:r>
        <w:rPr>
          <w:b/>
          <w:i w:val="0"/>
          <w:color w:val="37474F"/>
          <w:sz w:val="22"/>
        </w:rPr>
        <w:t>4. Price and payment</w:t>
      </w:r>
    </w:p>
    <w:p>
      <w:pPr>
        <w:spacing w:after="120"/>
      </w:pPr>
      <w:r>
        <w:rPr>
          <w:b w:val="0"/>
          <w:i w:val="0"/>
          <w:sz w:val="20"/>
        </w:rPr>
        <w:t>The Seller sells the item above to the Buyer for PKR [_________] ([amount in words]), paid by ☐ cash  ☐ bank transfer  ☐ cheque  ☐ other: ______ on [date]. The Seller acknowledges receipt of this amount in full ☐ / deposit of PKR [______], balance due by [date] ☐.</w:t>
      </w:r>
    </w:p>
    <w:p>
      <w:pPr>
        <w:spacing w:after="40"/>
        <w:pBdr>
          <w:bottom w:val="single" w:sz="8" w:color="37474F" w:space="1"/>
        </w:pBdr>
      </w:pPr>
      <w:r>
        <w:rPr>
          <w:b/>
          <w:i w:val="0"/>
          <w:color w:val="37474F"/>
          <w:sz w:val="22"/>
        </w:rPr>
        <w:t>5. Condition and warranties</w:t>
      </w:r>
    </w:p>
    <w:p>
      <w:pPr>
        <w:spacing w:after="120"/>
      </w:pPr>
      <w:r>
        <w:rPr>
          <w:b w:val="0"/>
          <w:i w:val="0"/>
          <w:sz w:val="20"/>
        </w:rPr>
        <w:t>The item is sold "as is", and the Buyer has inspected it and accepts its condition. The Seller confirms that they are the lawful owner, that the item is free of any loans, liens or claims, and that the information above is true and correct to the best of their knowledge.</w:t>
      </w:r>
    </w:p>
    <w:p>
      <w:pPr>
        <w:spacing w:after="40"/>
        <w:pBdr>
          <w:bottom w:val="single" w:sz="8" w:color="37474F" w:space="1"/>
        </w:pBdr>
      </w:pPr>
      <w:r>
        <w:rPr>
          <w:b/>
          <w:i w:val="0"/>
          <w:color w:val="37474F"/>
          <w:sz w:val="22"/>
        </w:rPr>
        <w:t>6. Transfer</w:t>
      </w:r>
    </w:p>
    <w:p>
      <w:pPr>
        <w:spacing w:after="200"/>
      </w:pPr>
      <w:r>
        <w:rPr>
          <w:b w:val="0"/>
          <w:i w:val="0"/>
          <w:sz w:val="20"/>
        </w:rPr>
        <w:t>Ownership and risk pass to the Buyer on [date and time]. The Seller will provide all keys, documents and signatures needed to register the transfer with the relevant authority.</w:t>
      </w:r>
    </w:p>
    <w:tbl>
      <w:tblPr>
        <w:tblW w:type="auto" w:w="0"/>
        <w:tblLook w:firstColumn="1" w:firstRow="1" w:lastColumn="0" w:lastRow="0" w:noHBand="0" w:noVBand="1" w:val="04A0"/>
      </w:tblPr>
      <w:tblGrid>
        <w:gridCol w:w="5112"/>
        <w:gridCol w:w="5112"/>
      </w:tblGrid>
      <w:tr>
        <w:tc>
          <w:tcPr>
            <w:tcW w:type="dxa" w:w="5112"/>
          </w:tcPr>
          <w:p>
            <w:pPr>
              <w:spacing w:after="40"/>
            </w:pPr>
            <w:r/>
            <w:r>
              <w:rPr>
                <w:b/>
                <w:i w:val="0"/>
                <w:color w:val="37474F"/>
                <w:sz w:val="20"/>
              </w:rPr>
              <w:t>SELLER</w:t>
            </w:r>
          </w:p>
          <w:p>
            <w:pPr>
              <w:spacing w:after="40"/>
            </w:pPr>
            <w:r>
              <w:rPr>
                <w:b w:val="0"/>
                <w:i w:val="0"/>
                <w:sz w:val="20"/>
              </w:rPr>
            </w:r>
          </w:p>
          <w:p>
            <w:pPr>
              <w:spacing w:after="40"/>
            </w:pPr>
            <w:r>
              <w:rPr>
                <w:b w:val="0"/>
                <w:i w:val="0"/>
                <w:sz w:val="20"/>
              </w:rPr>
              <w:t>Signature: ______________________</w:t>
            </w:r>
          </w:p>
          <w:p>
            <w:pPr>
              <w:spacing w:after="40"/>
            </w:pPr>
            <w:r>
              <w:rPr>
                <w:b w:val="0"/>
                <w:i w:val="0"/>
                <w:sz w:val="20"/>
              </w:rPr>
              <w:t>Name: __________________________</w:t>
            </w:r>
          </w:p>
          <w:p>
            <w:pPr>
              <w:spacing w:after="40"/>
            </w:pPr>
            <w:r>
              <w:rPr>
                <w:b w:val="0"/>
                <w:i w:val="0"/>
                <w:sz w:val="20"/>
              </w:rPr>
              <w:t>Date: ___________________________</w:t>
            </w:r>
          </w:p>
        </w:tc>
        <w:tc>
          <w:tcPr>
            <w:tcW w:type="dxa" w:w="5112"/>
          </w:tcPr>
          <w:p>
            <w:pPr>
              <w:spacing w:after="40"/>
            </w:pPr>
            <w:r/>
            <w:r>
              <w:rPr>
                <w:b/>
                <w:i w:val="0"/>
                <w:color w:val="37474F"/>
                <w:sz w:val="20"/>
              </w:rPr>
              <w:t>BUYER</w:t>
            </w:r>
          </w:p>
          <w:p>
            <w:pPr>
              <w:spacing w:after="40"/>
            </w:pPr>
            <w:r>
              <w:rPr>
                <w:b w:val="0"/>
                <w:i w:val="0"/>
                <w:sz w:val="20"/>
              </w:rPr>
            </w:r>
          </w:p>
          <w:p>
            <w:pPr>
              <w:spacing w:after="40"/>
            </w:pPr>
            <w:r>
              <w:rPr>
                <w:b w:val="0"/>
                <w:i w:val="0"/>
                <w:sz w:val="20"/>
              </w:rPr>
              <w:t>Signature: ______________________</w:t>
            </w:r>
          </w:p>
          <w:p>
            <w:pPr>
              <w:spacing w:after="40"/>
            </w:pPr>
            <w:r>
              <w:rPr>
                <w:b w:val="0"/>
                <w:i w:val="0"/>
                <w:sz w:val="20"/>
              </w:rPr>
              <w:t>Name: __________________________</w:t>
            </w:r>
          </w:p>
          <w:p>
            <w:pPr>
              <w:spacing w:after="40"/>
            </w:pPr>
            <w:r>
              <w:rPr>
                <w:b w:val="0"/>
                <w:i w:val="0"/>
                <w:sz w:val="20"/>
              </w:rPr>
              <w:t>Date: ___________________________</w:t>
            </w:r>
          </w:p>
        </w:tc>
      </w:tr>
    </w:tbl>
    <w:p>
      <w:pPr>
        <w:spacing w:after="120"/>
      </w:pPr>
      <w:r>
        <w:rPr>
          <w:b w:val="0"/>
          <w:i w:val="0"/>
          <w:sz w:val="20"/>
        </w:rPr>
        <w:t>Witness: ________________________   Name / CNIC: ________________________</w:t>
      </w:r>
    </w:p>
    <w:p>
      <w:pPr>
        <w:jc w:val="center"/>
      </w:pPr>
      <w:r>
        <w:rPr>
          <w:b w:val="0"/>
          <w:i/>
          <w:color w:val="888888"/>
          <w:sz w:val="16"/>
        </w:rPr>
        <w:t>General sample only, not legal advice. Registration and transfer rules vary by location; check local requirements or consult a lawyer.</w:t>
      </w:r>
    </w:p>
    <w:sectPr w:rsidR="00FC693F" w:rsidRPr="0006063C" w:rsidSect="00034616">
      <w:pgSz w:w="12240" w:h="15840"/>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Georgia" w:hAnsi="Georgi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