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136"/>
        <w:gridCol w:w="2520"/>
      </w:tblGrid>
      <w:tr>
        <w:tc>
          <w:tcPr>
            <w:tcW w:type="dxa" w:w="5371"/>
            <w:shd w:fill="15324B"/>
            <w:tcMar>
              <w:top w:w="50" w:type="dxa"/>
              <w:start w:w="120" w:type="dxa"/>
              <w:bottom w:w="50" w:type="dxa"/>
              <w:end w:w="12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34"/>
              </w:rPr>
              <w:t>MEETING AGENDA</w:t>
            </w:r>
          </w:p>
        </w:tc>
        <w:tc>
          <w:tcPr>
            <w:tcW w:type="dxa" w:w="5371"/>
            <w:shd w:fill="1A9A96"/>
            <w:tcMar>
              <w:top w:w="50" w:type="dxa"/>
              <w:start w:w="120" w:type="dxa"/>
              <w:bottom w:w="50" w:type="dxa"/>
              <w:end w:w="12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[TEAM / PROJECT]</w:t>
            </w:r>
          </w:p>
        </w:tc>
      </w:tr>
    </w:tbl>
    <w:p>
      <w:pPr>
        <w:spacing w:before="80" w:after="120"/>
        <w:jc w:val="left"/>
      </w:pPr>
      <w:r>
        <w:rPr>
          <w:color w:val="5C6C78"/>
          <w:sz w:val="19"/>
        </w:rPr>
        <w:t>Plan the discussion, capture decisions, and leave with clear ownership.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E2E8"/>
          <w:left w:val="single" w:sz="6" w:color="D9E2E8"/>
          <w:bottom w:val="single" w:sz="6" w:color="D9E2E8"/>
          <w:right w:val="single" w:sz="6" w:color="D9E2E8"/>
          <w:insideH w:val="single" w:sz="6" w:color="D9E2E8"/>
          <w:insideV w:val="single" w:sz="6" w:color="D9E2E8"/>
        </w:tblBorders>
      </w:tblPr>
      <w:tblGrid>
        <w:gridCol w:w="1440"/>
        <w:gridCol w:w="3816"/>
        <w:gridCol w:w="1440"/>
        <w:gridCol w:w="3816"/>
      </w:tblGrid>
      <w:tr>
        <w:tc>
          <w:tcPr>
            <w:tcW w:type="dxa" w:w="26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6F5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15324B"/>
                <w:sz w:val="16"/>
              </w:rPr>
              <w:t>DATE</w:t>
            </w:r>
          </w:p>
        </w:tc>
        <w:tc>
          <w:tcPr>
            <w:tcW w:type="dxa" w:w="26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8"/>
              </w:rPr>
              <w:t>[Month DD YYYY]</w:t>
            </w:r>
          </w:p>
        </w:tc>
        <w:tc>
          <w:tcPr>
            <w:tcW w:type="dxa" w:w="26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6F5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15324B"/>
                <w:sz w:val="16"/>
              </w:rPr>
              <w:t>TIME</w:t>
            </w:r>
          </w:p>
        </w:tc>
        <w:tc>
          <w:tcPr>
            <w:tcW w:type="dxa" w:w="26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8"/>
              </w:rPr>
              <w:t>[Start – End]</w:t>
            </w:r>
          </w:p>
        </w:tc>
      </w:tr>
      <w:tr>
        <w:tc>
          <w:tcPr>
            <w:tcW w:type="dxa" w:w="26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6F5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15324B"/>
                <w:sz w:val="16"/>
              </w:rPr>
              <w:t>LOCATION</w:t>
            </w:r>
          </w:p>
        </w:tc>
        <w:tc>
          <w:tcPr>
            <w:tcW w:type="dxa" w:w="26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8"/>
              </w:rPr>
              <w:t>[Room or link]</w:t>
            </w:r>
          </w:p>
        </w:tc>
        <w:tc>
          <w:tcPr>
            <w:tcW w:type="dxa" w:w="26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6F5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15324B"/>
                <w:sz w:val="16"/>
              </w:rPr>
              <w:t>FACILITATOR</w:t>
            </w:r>
          </w:p>
        </w:tc>
        <w:tc>
          <w:tcPr>
            <w:tcW w:type="dxa" w:w="26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8"/>
              </w:rPr>
              <w:t>[Name]</w:t>
            </w:r>
          </w:p>
        </w:tc>
      </w:tr>
    </w:tbl>
    <w:p>
      <w:pPr>
        <w:spacing w:before="120" w:after="60"/>
      </w:pPr>
      <w:r>
        <w:rPr>
          <w:rFonts w:ascii="Aptos" w:hAnsi="Aptos"/>
          <w:b/>
          <w:color w:val="1A9A96"/>
          <w:sz w:val="19"/>
        </w:rPr>
        <w:t>MEETING OBJECTIVE</w:t>
      </w:r>
    </w:p>
    <w:p>
      <w:pPr>
        <w:ind w:left="115"/>
      </w:pPr>
      <w:r>
        <w:rPr>
          <w:color w:val="5C6C78"/>
        </w:rPr>
        <w:t>[State the result this meeting must achieve in one clear sentence.]</w:t>
      </w:r>
    </w:p>
    <w:p>
      <w:pPr>
        <w:spacing w:before="120" w:after="60"/>
      </w:pPr>
      <w:r>
        <w:rPr>
          <w:rFonts w:ascii="Aptos" w:hAnsi="Aptos"/>
          <w:b/>
          <w:color w:val="1A9A96"/>
          <w:sz w:val="19"/>
        </w:rPr>
        <w:t>PARTICIPANTS AND PREPARATION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E2E8"/>
          <w:left w:val="single" w:sz="6" w:color="D9E2E8"/>
          <w:bottom w:val="single" w:sz="6" w:color="D9E2E8"/>
          <w:right w:val="single" w:sz="6" w:color="D9E2E8"/>
          <w:insideH w:val="single" w:sz="6" w:color="D9E2E8"/>
          <w:insideV w:val="single" w:sz="6" w:color="D9E2E8"/>
        </w:tblBorders>
      </w:tblPr>
      <w:tblGrid>
        <w:gridCol w:w="5256"/>
        <w:gridCol w:w="5256"/>
      </w:tblGrid>
      <w:tr>
        <w:tc>
          <w:tcPr>
            <w:tcW w:type="dxa" w:w="5371"/>
            <w:shd w:fill="15324B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ATTENDEES</w:t>
            </w:r>
          </w:p>
        </w:tc>
        <w:tc>
          <w:tcPr>
            <w:tcW w:type="dxa" w:w="5371"/>
            <w:shd w:fill="15324B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READ OR BRING BEFORE THE MEETING</w:t>
            </w:r>
          </w:p>
        </w:tc>
      </w:tr>
      <w:tr>
        <w:tc>
          <w:tcPr>
            <w:tcW w:type="dxa" w:w="537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8"/>
              </w:rPr>
              <w:t>[Names and roles]</w:t>
            </w:r>
          </w:p>
        </w:tc>
        <w:tc>
          <w:tcPr>
            <w:tcW w:type="dxa" w:w="537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8"/>
              </w:rPr>
              <w:t>[Documents, data, or updates]</w:t>
            </w:r>
          </w:p>
        </w:tc>
      </w:tr>
    </w:tbl>
    <w:p>
      <w:pPr>
        <w:spacing w:before="120" w:after="60"/>
      </w:pPr>
      <w:r>
        <w:rPr>
          <w:rFonts w:ascii="Aptos" w:hAnsi="Aptos"/>
          <w:b/>
          <w:color w:val="1A9A96"/>
          <w:sz w:val="19"/>
        </w:rPr>
        <w:t>TIMED AGENDA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E2E8"/>
          <w:left w:val="single" w:sz="6" w:color="D9E2E8"/>
          <w:bottom w:val="single" w:sz="6" w:color="D9E2E8"/>
          <w:right w:val="single" w:sz="6" w:color="D9E2E8"/>
          <w:insideH w:val="single" w:sz="6" w:color="D9E2E8"/>
          <w:insideV w:val="single" w:sz="6" w:color="D9E2E8"/>
        </w:tblBorders>
      </w:tblPr>
      <w:tblGrid>
        <w:gridCol w:w="1037"/>
        <w:gridCol w:w="4579"/>
        <w:gridCol w:w="1699"/>
        <w:gridCol w:w="3197"/>
      </w:tblGrid>
      <w:tr>
        <w:tc>
          <w:tcPr>
            <w:tcW w:type="dxa" w:w="2685"/>
            <w:shd w:fill="15324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TIME</w:t>
            </w:r>
          </w:p>
        </w:tc>
        <w:tc>
          <w:tcPr>
            <w:tcW w:type="dxa" w:w="2685"/>
            <w:shd w:fill="15324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TOPIC AND PURPOSE</w:t>
            </w:r>
          </w:p>
        </w:tc>
        <w:tc>
          <w:tcPr>
            <w:tcW w:type="dxa" w:w="2685"/>
            <w:shd w:fill="15324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685"/>
            <w:shd w:fill="15324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OUTCOME</w:t>
            </w:r>
          </w:p>
        </w:tc>
      </w:tr>
      <w:tr>
        <w:tc>
          <w:tcPr>
            <w:tcW w:type="dxa" w:w="2685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[5 min]</w:t>
            </w:r>
          </w:p>
        </w:tc>
        <w:tc>
          <w:tcPr>
            <w:tcW w:type="dxa" w:w="2685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Welcome and confirm objective</w:t>
            </w:r>
          </w:p>
        </w:tc>
        <w:tc>
          <w:tcPr>
            <w:tcW w:type="dxa" w:w="2685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[Name]</w:t>
            </w:r>
          </w:p>
        </w:tc>
        <w:tc>
          <w:tcPr>
            <w:tcW w:type="dxa" w:w="2685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Aligned</w:t>
            </w:r>
          </w:p>
        </w:tc>
      </w:tr>
      <w:tr>
        <w:tc>
          <w:tcPr>
            <w:tcW w:type="dxa" w:w="2685"/>
            <w:shd w:fill="F3F6F8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[10 min]</w:t>
            </w:r>
          </w:p>
        </w:tc>
        <w:tc>
          <w:tcPr>
            <w:tcW w:type="dxa" w:w="2685"/>
            <w:shd w:fill="F3F6F8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Progress update and key facts</w:t>
            </w:r>
          </w:p>
        </w:tc>
        <w:tc>
          <w:tcPr>
            <w:tcW w:type="dxa" w:w="2685"/>
            <w:shd w:fill="F3F6F8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[Name]</w:t>
            </w:r>
          </w:p>
        </w:tc>
        <w:tc>
          <w:tcPr>
            <w:tcW w:type="dxa" w:w="2685"/>
            <w:shd w:fill="F3F6F8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Informed</w:t>
            </w:r>
          </w:p>
        </w:tc>
      </w:tr>
      <w:tr>
        <w:tc>
          <w:tcPr>
            <w:tcW w:type="dxa" w:w="2685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[20 min]</w:t>
            </w:r>
          </w:p>
        </w:tc>
        <w:tc>
          <w:tcPr>
            <w:tcW w:type="dxa" w:w="2685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Main discussion or working session</w:t>
            </w:r>
          </w:p>
        </w:tc>
        <w:tc>
          <w:tcPr>
            <w:tcW w:type="dxa" w:w="2685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[Name]</w:t>
            </w:r>
          </w:p>
        </w:tc>
        <w:tc>
          <w:tcPr>
            <w:tcW w:type="dxa" w:w="2685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Options assessed</w:t>
            </w:r>
          </w:p>
        </w:tc>
      </w:tr>
      <w:tr>
        <w:tc>
          <w:tcPr>
            <w:tcW w:type="dxa" w:w="2685"/>
            <w:shd w:fill="F3F6F8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[10 min]</w:t>
            </w:r>
          </w:p>
        </w:tc>
        <w:tc>
          <w:tcPr>
            <w:tcW w:type="dxa" w:w="2685"/>
            <w:shd w:fill="F3F6F8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Decision, actions, and close</w:t>
            </w:r>
          </w:p>
        </w:tc>
        <w:tc>
          <w:tcPr>
            <w:tcW w:type="dxa" w:w="2685"/>
            <w:shd w:fill="F3F6F8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[Name]</w:t>
            </w:r>
          </w:p>
        </w:tc>
        <w:tc>
          <w:tcPr>
            <w:tcW w:type="dxa" w:w="2685"/>
            <w:shd w:fill="F3F6F8"/>
            <w:tcMar>
              <w:top w:w="72" w:type="dxa"/>
              <w:start w:w="88" w:type="dxa"/>
              <w:bottom w:w="72" w:type="dxa"/>
              <w:end w:w="88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Owners confirmed</w:t>
            </w:r>
          </w:p>
        </w:tc>
      </w:tr>
    </w:tbl>
    <w:p>
      <w:pPr>
        <w:spacing w:before="120" w:after="60"/>
      </w:pPr>
      <w:r>
        <w:rPr>
          <w:rFonts w:ascii="Aptos" w:hAnsi="Aptos"/>
          <w:b/>
          <w:color w:val="1A9A96"/>
          <w:sz w:val="19"/>
        </w:rPr>
        <w:t>DECISIONS AND KEY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E2E8"/>
          <w:left w:val="single" w:sz="6" w:color="D9E2E8"/>
          <w:bottom w:val="single" w:sz="6" w:color="D9E2E8"/>
          <w:right w:val="single" w:sz="6" w:color="D9E2E8"/>
          <w:insideH w:val="single" w:sz="6" w:color="D9E2E8"/>
          <w:insideV w:val="single" w:sz="6" w:color="D9E2E8"/>
        </w:tblBorders>
      </w:tblPr>
      <w:tblGrid>
        <w:gridCol w:w="5256"/>
        <w:gridCol w:w="5256"/>
      </w:tblGrid>
      <w:tr>
        <w:tc>
          <w:tcPr>
            <w:tcW w:type="dxa" w:w="5371"/>
            <w:shd w:fill="EAF6F5"/>
            <w:tcMar>
              <w:top w:w="72" w:type="dxa"/>
              <w:start w:w="100" w:type="dxa"/>
              <w:bottom w:w="72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15324B"/>
                <w:sz w:val="17"/>
              </w:rPr>
              <w:t>DECISIONS MADE</w:t>
            </w:r>
          </w:p>
        </w:tc>
        <w:tc>
          <w:tcPr>
            <w:tcW w:type="dxa" w:w="5371"/>
            <w:shd w:fill="EAF6F5"/>
            <w:tcMar>
              <w:top w:w="72" w:type="dxa"/>
              <w:start w:w="100" w:type="dxa"/>
              <w:bottom w:w="72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15324B"/>
                <w:sz w:val="17"/>
              </w:rPr>
              <w:t>KEY NOTES OR RISKS</w:t>
            </w:r>
          </w:p>
        </w:tc>
      </w:tr>
      <w:tr>
        <w:tc>
          <w:tcPr>
            <w:tcW w:type="dxa" w:w="5371"/>
            <w:tcMar>
              <w:top w:w="72" w:type="dxa"/>
              <w:start w:w="100" w:type="dxa"/>
              <w:bottom w:w="72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1. [Write here]</w:t>
              <w:br/>
              <w:t>2. [Write here]</w:t>
            </w:r>
          </w:p>
        </w:tc>
        <w:tc>
          <w:tcPr>
            <w:tcW w:type="dxa" w:w="5371"/>
            <w:tcMar>
              <w:top w:w="72" w:type="dxa"/>
              <w:start w:w="100" w:type="dxa"/>
              <w:bottom w:w="72" w:type="dxa"/>
              <w:end w:w="10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1. [Write here]</w:t>
              <w:br/>
              <w:t>2. [Write here]</w:t>
            </w:r>
          </w:p>
        </w:tc>
      </w:tr>
    </w:tbl>
    <w:p>
      <w:pPr>
        <w:spacing w:before="120" w:after="60"/>
      </w:pPr>
      <w:r>
        <w:rPr>
          <w:rFonts w:ascii="Aptos" w:hAnsi="Aptos"/>
          <w:b/>
          <w:color w:val="1A9A96"/>
          <w:sz w:val="19"/>
        </w:rPr>
        <w:t>ACTION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E2E8"/>
          <w:left w:val="single" w:sz="6" w:color="D9E2E8"/>
          <w:bottom w:val="single" w:sz="6" w:color="D9E2E8"/>
          <w:right w:val="single" w:sz="6" w:color="D9E2E8"/>
          <w:insideH w:val="single" w:sz="6" w:color="D9E2E8"/>
          <w:insideV w:val="single" w:sz="6" w:color="D9E2E8"/>
        </w:tblBorders>
      </w:tblPr>
      <w:tblGrid>
        <w:gridCol w:w="648"/>
        <w:gridCol w:w="5760"/>
        <w:gridCol w:w="2088"/>
        <w:gridCol w:w="2016"/>
      </w:tblGrid>
      <w:tr>
        <w:tc>
          <w:tcPr>
            <w:tcW w:type="dxa" w:w="2685"/>
            <w:shd w:fill="1A9A96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#</w:t>
            </w:r>
          </w:p>
        </w:tc>
        <w:tc>
          <w:tcPr>
            <w:tcW w:type="dxa" w:w="2685"/>
            <w:shd w:fill="1A9A96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685"/>
            <w:shd w:fill="1A9A96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685"/>
            <w:shd w:fill="1A9A96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DUE</w:t>
            </w:r>
          </w:p>
        </w:tc>
      </w:tr>
      <w:tr>
        <w:tc>
          <w:tcPr>
            <w:tcW w:type="dxa" w:w="2685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1</w:t>
            </w:r>
          </w:p>
        </w:tc>
        <w:tc>
          <w:tcPr>
            <w:tcW w:type="dxa" w:w="2685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[Specific next step]</w:t>
            </w:r>
          </w:p>
        </w:tc>
        <w:tc>
          <w:tcPr>
            <w:tcW w:type="dxa" w:w="2685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[Name]</w:t>
            </w:r>
          </w:p>
        </w:tc>
        <w:tc>
          <w:tcPr>
            <w:tcW w:type="dxa" w:w="2685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[Date]</w:t>
            </w:r>
          </w:p>
        </w:tc>
      </w:tr>
      <w:tr>
        <w:tc>
          <w:tcPr>
            <w:tcW w:type="dxa" w:w="2685"/>
            <w:shd w:fill="F3F6F8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2</w:t>
            </w:r>
          </w:p>
        </w:tc>
        <w:tc>
          <w:tcPr>
            <w:tcW w:type="dxa" w:w="2685"/>
            <w:shd w:fill="F3F6F8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[Specific next step]</w:t>
            </w:r>
          </w:p>
        </w:tc>
        <w:tc>
          <w:tcPr>
            <w:tcW w:type="dxa" w:w="2685"/>
            <w:shd w:fill="F3F6F8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[Name]</w:t>
            </w:r>
          </w:p>
        </w:tc>
        <w:tc>
          <w:tcPr>
            <w:tcW w:type="dxa" w:w="2685"/>
            <w:shd w:fill="F3F6F8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[Date]</w:t>
            </w:r>
          </w:p>
        </w:tc>
      </w:tr>
      <w:tr>
        <w:tc>
          <w:tcPr>
            <w:tcW w:type="dxa" w:w="2685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3</w:t>
            </w:r>
          </w:p>
        </w:tc>
        <w:tc>
          <w:tcPr>
            <w:tcW w:type="dxa" w:w="2685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[Specific next step]</w:t>
            </w:r>
          </w:p>
        </w:tc>
        <w:tc>
          <w:tcPr>
            <w:tcW w:type="dxa" w:w="2685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[Name]</w:t>
            </w:r>
          </w:p>
        </w:tc>
        <w:tc>
          <w:tcPr>
            <w:tcW w:type="dxa" w:w="2685"/>
            <w:tcMar>
              <w:top w:w="64" w:type="dxa"/>
              <w:start w:w="85" w:type="dxa"/>
              <w:bottom w:w="64" w:type="dxa"/>
              <w:end w:w="85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1F2D3D"/>
                <w:sz w:val="17"/>
              </w:rPr>
              <w:t>[Date]</w:t>
            </w:r>
          </w:p>
        </w:tc>
      </w:tr>
    </w:tbl>
    <w:p>
      <w:pPr>
        <w:spacing w:before="100" w:after="0"/>
      </w:pPr>
      <w:r>
        <w:rPr>
          <w:b/>
          <w:color w:val="1A9A96"/>
          <w:sz w:val="17"/>
        </w:rPr>
        <w:t xml:space="preserve">NEXT MEETING  </w:t>
      </w:r>
      <w:r>
        <w:rPr>
          <w:color w:val="5C6C78"/>
          <w:sz w:val="17"/>
        </w:rPr>
        <w:t>[Date and time]     •     NOTES SHARED BY  [Name]     •     VERSION  [Date]</w:t>
      </w:r>
    </w:p>
    <w:sectPr w:rsidR="00FC693F" w:rsidRPr="0006063C" w:rsidSect="00034616">
      <w:pgSz w:w="12240" w:h="15840"/>
      <w:pgMar w:top="547" w:right="749" w:bottom="518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color w:val="1F2D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Meeting Agenda Template</dc:title>
  <dc:subject>Editable meeting agenda with timed discussion plan, decisions, and action items</dc:subject>
  <dc:creator>WordMSTemplates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