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60" w:after="80"/>
        <w:jc w:val="center"/>
      </w:pPr>
      <w:r>
        <w:rPr>
          <w:rFonts w:ascii="Aptos" w:hAnsi="Aptos"/>
          <w:b/>
          <w:color w:val="C9A94E"/>
          <w:sz w:val="32"/>
        </w:rPr>
        <w:t>CERTIFICATE OF OWNERSHIP</w:t>
      </w:r>
    </w:p>
    <w:p>
      <w:pPr>
        <w:spacing w:before="160" w:after="200"/>
        <w:jc w:val="center"/>
      </w:pPr>
      <w:r>
        <w:rPr>
          <w:rFonts w:ascii="Aptos" w:hAnsi="Aptos"/>
          <w:b/>
          <w:color w:val="18392B"/>
          <w:sz w:val="60"/>
        </w:rPr>
        <w:t>ELEGANT SHARE CERTIFICATE</w:t>
      </w:r>
    </w:p>
    <w:p>
      <w:pPr>
        <w:spacing w:before="120" w:after="100"/>
        <w:jc w:val="center"/>
      </w:pPr>
      <w:r>
        <w:rPr>
          <w:rFonts w:ascii="Aptos" w:hAnsi="Aptos"/>
          <w:b w:val="0"/>
          <w:color w:val="59636E"/>
          <w:sz w:val="22"/>
        </w:rPr>
        <w:t>This document proudly certifies that</w:t>
      </w:r>
    </w:p>
    <w:p>
      <w:pPr>
        <w:spacing w:before="80" w:after="200"/>
        <w:jc w:val="center"/>
      </w:pPr>
      <w:r>
        <w:rPr>
          <w:rFonts w:ascii="Aptos" w:hAnsi="Aptos"/>
          <w:b/>
          <w:color w:val="C9A94E"/>
          <w:sz w:val="48"/>
        </w:rPr>
        <w:t>[RECIPIENT OR SHAREHOLDER NAME]</w:t>
      </w:r>
    </w:p>
    <w:p>
      <w:pPr>
        <w:spacing w:before="80" w:after="160"/>
        <w:jc w:val="center"/>
      </w:pPr>
      <w:r>
        <w:rPr>
          <w:rFonts w:ascii="Aptos" w:hAnsi="Aptos"/>
          <w:b w:val="0"/>
          <w:color w:val="27313D"/>
          <w:sz w:val="24"/>
        </w:rPr>
        <w:t>is the registered owner of [NUMBER] fully paid shares of [CLASS] stock in [COMPANY NAME].</w:t>
      </w:r>
    </w:p>
    <w:p>
      <w:pPr>
        <w:spacing w:before="100" w:after="360"/>
        <w:jc w:val="center"/>
      </w:pPr>
      <w:r>
        <w:rPr>
          <w:rFonts w:ascii="Aptos" w:hAnsi="Aptos"/>
          <w:b w:val="0"/>
          <w:color w:val="59636E"/>
          <w:sz w:val="20"/>
        </w:rPr>
        <w:t>Certificate No. [0001]   •   Issue Date [Month DD, YYYY]   •   Incorporated in [State/Country]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752"/>
        <w:gridCol w:w="4752"/>
        <w:gridCol w:w="4752"/>
      </w:tblGrid>
      <w:tr>
        <w:tc>
          <w:tcPr>
            <w:tcW w:type="dxa" w:w="4752"/>
            <w:tcMar>
              <w:top w:w="140" w:type="dxa"/>
              <w:start w:w="140" w:type="dxa"/>
              <w:bottom w:w="140" w:type="dxa"/>
              <w:end w:w="14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C9A94E"/>
                <w:sz w:val="18"/>
              </w:rPr>
              <w:t>________________________</w:t>
              <w:br/>
              <w:t>AUTHORIZED SIGNATURE</w:t>
            </w:r>
          </w:p>
        </w:tc>
        <w:tc>
          <w:tcPr>
            <w:tcW w:type="dxa" w:w="4752"/>
            <w:tcMar>
              <w:top w:w="140" w:type="dxa"/>
              <w:start w:w="140" w:type="dxa"/>
              <w:bottom w:w="140" w:type="dxa"/>
              <w:end w:w="14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C9A94E"/>
                <w:sz w:val="18"/>
              </w:rPr>
              <w:t>[ EMBOSSED SEAL ]</w:t>
            </w:r>
          </w:p>
        </w:tc>
        <w:tc>
          <w:tcPr>
            <w:tcW w:type="dxa" w:w="4752"/>
            <w:tcMar>
              <w:top w:w="140" w:type="dxa"/>
              <w:start w:w="140" w:type="dxa"/>
              <w:bottom w:w="140" w:type="dxa"/>
              <w:end w:w="14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C9A94E"/>
                <w:sz w:val="18"/>
              </w:rPr>
              <w:t>________________________</w:t>
              <w:br/>
              <w:t>SECOND SIGNATURE / DIRECTOR</w:t>
            </w:r>
          </w:p>
        </w:tc>
      </w:tr>
    </w:tbl>
    <w:sectPr w:rsidR="00FC693F" w:rsidRPr="0006063C" w:rsidSect="00034616">
      <w:pgSz w:w="15840" w:h="12240" w:orient="landscape"/>
      <w:pgMar w:top="936" w:right="792" w:bottom="936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color w:val="27313D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Elegant Share Certificate Template</dc:title>
  <dc:subject/>
  <dc:creator>WordMSTemplates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