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0"/>
        <w:jc w:val="center"/>
      </w:pPr>
      <w:r>
        <w:rPr>
          <w:rFonts w:ascii="Aptos" w:hAnsi="Aptos"/>
          <w:b/>
          <w:color w:val="7998B5"/>
          <w:sz w:val="32"/>
        </w:rPr>
        <w:t>ACHIEVEMENT AWARD</w:t>
      </w:r>
    </w:p>
    <w:p>
      <w:pPr>
        <w:spacing w:before="160" w:after="200"/>
        <w:jc w:val="center"/>
      </w:pPr>
      <w:r>
        <w:rPr>
          <w:rFonts w:ascii="Aptos" w:hAnsi="Aptos"/>
          <w:b/>
          <w:color w:val="244A7C"/>
          <w:sz w:val="60"/>
        </w:rPr>
        <w:t>CERTIFICATE OF COMPLETION</w:t>
      </w:r>
    </w:p>
    <w:p>
      <w:pPr>
        <w:spacing w:before="120" w:after="100"/>
        <w:jc w:val="center"/>
      </w:pPr>
      <w:r>
        <w:rPr>
          <w:rFonts w:ascii="Aptos" w:hAnsi="Aptos"/>
          <w:b w:val="0"/>
          <w:color w:val="59636E"/>
          <w:sz w:val="22"/>
        </w:rPr>
        <w:t>This document proudly certifies that</w:t>
      </w:r>
    </w:p>
    <w:p>
      <w:pPr>
        <w:spacing w:before="80" w:after="200"/>
        <w:jc w:val="center"/>
      </w:pPr>
      <w:r>
        <w:rPr>
          <w:rFonts w:ascii="Aptos" w:hAnsi="Aptos"/>
          <w:b/>
          <w:color w:val="7998B5"/>
          <w:sz w:val="48"/>
        </w:rPr>
        <w:t>[RECIPIENT OR SHAREHOLDER NAME]</w:t>
      </w:r>
    </w:p>
    <w:p>
      <w:pPr>
        <w:spacing w:before="80" w:after="160"/>
        <w:jc w:val="center"/>
      </w:pPr>
      <w:r>
        <w:rPr>
          <w:rFonts w:ascii="Aptos" w:hAnsi="Aptos"/>
          <w:b w:val="0"/>
          <w:color w:val="27313D"/>
          <w:sz w:val="24"/>
        </w:rPr>
        <w:t>has successfully completed [PROGRAM OR COURSE NAME], demonstrating commitment, skill, and achievement.</w:t>
      </w:r>
    </w:p>
    <w:p>
      <w:pPr>
        <w:spacing w:before="100" w:after="360"/>
        <w:jc w:val="center"/>
      </w:pPr>
      <w:r>
        <w:rPr>
          <w:rFonts w:ascii="Aptos" w:hAnsi="Aptos"/>
          <w:b w:val="0"/>
          <w:color w:val="59636E"/>
          <w:sz w:val="20"/>
        </w:rPr>
        <w:t>Issued on [Month DD, YYYY]   •   Credential ID [0001]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52"/>
        <w:gridCol w:w="4752"/>
        <w:gridCol w:w="4752"/>
      </w:tblGrid>
      <w:tr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7998B5"/>
                <w:sz w:val="18"/>
              </w:rPr>
              <w:t>________________________</w:t>
              <w:br/>
              <w:t>AUTHORIZED SIGNATURE</w:t>
            </w:r>
          </w:p>
        </w:tc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7998B5"/>
                <w:sz w:val="18"/>
              </w:rPr>
              <w:t>[ EMBOSSED SEAL ]</w:t>
            </w:r>
          </w:p>
        </w:tc>
        <w:tc>
          <w:tcPr>
            <w:tcW w:type="dxa" w:w="4752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7998B5"/>
                <w:sz w:val="18"/>
              </w:rPr>
              <w:t>________________________</w:t>
              <w:br/>
              <w:t>SECOND SIGNATURE / DIRECTOR</w:t>
            </w:r>
          </w:p>
        </w:tc>
      </w:tr>
    </w:tbl>
    <w:sectPr w:rsidR="00FC693F" w:rsidRPr="0006063C" w:rsidSect="00034616">
      <w:pgSz w:w="15840" w:h="12240" w:orient="landscape"/>
      <w:pgMar w:top="936" w:right="792" w:bottom="93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Completion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