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1717"/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7A00"/>
                <w:sz w:val="56"/>
              </w:rPr>
              <w:t>CITY SHOWDOWN</w:t>
            </w:r>
          </w:p>
          <w:p>
            <w:pPr>
              <w:jc w:val="center"/>
            </w:pPr>
            <w:r>
              <w:rPr>
                <w:b/>
                <w:color w:val="FFFFFF"/>
                <w:sz w:val="36"/>
              </w:rPr>
              <w:t>BASKETBALL TOURNAMENT</w:t>
            </w:r>
          </w:p>
        </w:tc>
      </w:tr>
    </w:tbl>
    <w:p>
      <w:pPr>
        <w:spacing w:before="240" w:after="100"/>
        <w:jc w:val="center"/>
      </w:pPr>
      <w:r>
        <w:rPr>
          <w:rFonts w:ascii="Aptos" w:hAnsi="Aptos"/>
          <w:b/>
          <w:color w:val="171717"/>
          <w:sz w:val="30"/>
        </w:rPr>
        <w:t>SATURDAY • AUGUST 15 • 4:00 PM</w:t>
      </w:r>
    </w:p>
    <w:p>
      <w:pPr>
        <w:spacing w:before="40" w:after="240"/>
        <w:jc w:val="center"/>
      </w:pPr>
      <w:r>
        <w:rPr>
          <w:rFonts w:ascii="Aptos" w:hAnsi="Aptos"/>
          <w:b/>
          <w:color w:val="FF7A00"/>
          <w:sz w:val="22"/>
        </w:rPr>
        <w:t>RIVERSIDE SPORTS CENTER</w:t>
      </w:r>
    </w:p>
    <w:p>
      <w:pPr>
        <w:spacing w:before="160" w:after="60"/>
        <w:jc w:val="center"/>
      </w:pPr>
      <w:r>
        <w:rPr>
          <w:rFonts w:ascii="Aptos" w:hAnsi="Aptos"/>
          <w:b/>
          <w:color w:val="171717"/>
          <w:sz w:val="46"/>
        </w:rPr>
        <w:t>NORTHSIDE HAWKS</w:t>
      </w:r>
    </w:p>
    <w:p>
      <w:pPr>
        <w:spacing w:before="40" w:after="60"/>
        <w:jc w:val="center"/>
      </w:pPr>
      <w:r>
        <w:rPr>
          <w:rFonts w:ascii="Aptos" w:hAnsi="Aptos"/>
          <w:b/>
          <w:color w:val="FF7A00"/>
          <w:sz w:val="28"/>
        </w:rPr>
        <w:t>VS</w:t>
      </w:r>
    </w:p>
    <w:p>
      <w:pPr>
        <w:spacing w:before="40" w:after="200"/>
        <w:jc w:val="center"/>
      </w:pPr>
      <w:r>
        <w:rPr>
          <w:rFonts w:ascii="Aptos" w:hAnsi="Aptos"/>
          <w:b/>
          <w:color w:val="171717"/>
          <w:sz w:val="46"/>
        </w:rPr>
        <w:t>DOWNTOWN TITANS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FF7A00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0"/>
              </w:rPr>
              <w:t>DOORS 3:15 PM</w:t>
            </w:r>
          </w:p>
        </w:tc>
        <w:tc>
          <w:tcPr>
            <w:tcW w:type="dxa" w:w="3552"/>
            <w:shd w:fill="FF7A00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0"/>
              </w:rPr>
              <w:t>TICKETS $12</w:t>
            </w:r>
          </w:p>
        </w:tc>
        <w:tc>
          <w:tcPr>
            <w:tcW w:type="dxa" w:w="3552"/>
            <w:shd w:fill="FF7A00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20"/>
              </w:rPr>
              <w:t>ALL AGES</w:t>
            </w:r>
          </w:p>
        </w:tc>
      </w:tr>
    </w:tbl>
    <w:p>
      <w:pPr>
        <w:spacing w:before="280" w:after="160"/>
        <w:jc w:val="center"/>
      </w:pPr>
      <w:r>
        <w:rPr>
          <w:rFonts w:ascii="Aptos" w:hAnsi="Aptos"/>
          <w:b/>
          <w:color w:val="171717"/>
          <w:sz w:val="24"/>
        </w:rPr>
        <w:t>LIVE DJ  •  HALFTIME CHALLENGE  •  FOOD &amp; PRIZES</w:t>
      </w:r>
    </w:p>
    <w:p>
      <w:pPr>
        <w:spacing w:before="120" w:after="100"/>
        <w:jc w:val="center"/>
      </w:pPr>
      <w:r>
        <w:rPr>
          <w:rFonts w:ascii="Aptos" w:hAnsi="Aptos"/>
          <w:b w:val="0"/>
          <w:color w:val="59636E"/>
          <w:sz w:val="20"/>
        </w:rPr>
        <w:t>Reserve seats: [website.com]   |   Questions: [phone or email]</w:t>
      </w:r>
    </w:p>
    <w:p>
      <w:pPr>
        <w:spacing w:before="280" w:after="0"/>
        <w:jc w:val="center"/>
      </w:pPr>
      <w:r>
        <w:rPr>
          <w:rFonts w:ascii="Aptos" w:hAnsi="Aptos"/>
          <w:b/>
          <w:color w:val="FF7A00"/>
          <w:sz w:val="16"/>
        </w:rPr>
        <w:t>SPONSOR LOGOS / SOCIAL HANDLES</w:t>
      </w:r>
    </w:p>
    <w:sectPr w:rsidR="00FC693F" w:rsidRPr="0006063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7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Basketball Flyer Template</dc:title>
  <dc:subject/>
  <dc:creator>WordMSTemplates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